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bookmarkStart w:id="1" w:name="_Hlk236042273" w:displacedByCustomXml="next"/>
    <w:sdt>
      <w:sdtPr>
        <w:id w:val="1304580010"/>
        <w:docPartObj>
          <w:docPartGallery w:val="Cover Pages"/>
          <w:docPartUnique/>
        </w:docPartObj>
      </w:sdtPr>
      <w:sdtEndPr>
        <w:rPr>
          <w:rFonts w:ascii="Times New Roman" w:hAnsi="Times New Roman" w:cs="Times New Roman"/>
          <w:color w:val="000000" w:themeColor="text1"/>
          <w:sz w:val="24"/>
          <w:szCs w:val="24"/>
        </w:rPr>
      </w:sdtEndPr>
      <w:sdtContent>
        <w:p w14:paraId="0FEC7787" w14:textId="4F181618" w:rsidR="00C04581" w:rsidRDefault="00C04581"/>
        <w:tbl>
          <w:tblPr>
            <w:tblpPr w:leftFromText="187" w:rightFromText="187" w:horzAnchor="margin" w:tblpXSpec="center" w:tblpY="2881"/>
            <w:tblW w:w="5182" w:type="pct"/>
            <w:tblBorders>
              <w:left w:val="single" w:sz="12" w:space="0" w:color="4F81BD" w:themeColor="accent1"/>
            </w:tblBorders>
            <w:tblCellMar>
              <w:left w:w="144" w:type="dxa"/>
              <w:right w:w="115" w:type="dxa"/>
            </w:tblCellMar>
            <w:tblLook w:val="04A0" w:firstRow="1" w:lastRow="0" w:firstColumn="1" w:lastColumn="0" w:noHBand="0" w:noVBand="1"/>
          </w:tblPr>
          <w:tblGrid>
            <w:gridCol w:w="8847"/>
          </w:tblGrid>
          <w:tr w:rsidR="00C04581" w14:paraId="38F22DD7" w14:textId="77777777" w:rsidTr="00C04581">
            <w:sdt>
              <w:sdtPr>
                <w:rPr>
                  <w:rFonts w:ascii="Times New Roman" w:hAnsi="Times New Roman" w:cs="Times New Roman"/>
                  <w:color w:val="000000" w:themeColor="text1"/>
                  <w:sz w:val="24"/>
                  <w:szCs w:val="24"/>
                </w:rPr>
                <w:alias w:val="Cég"/>
                <w:id w:val="13406915"/>
                <w:placeholder>
                  <w:docPart w:val="E7E0E842523246E381221787BEBD5C32"/>
                </w:placeholder>
                <w:dataBinding w:prefixMappings="xmlns:ns0='http://schemas.openxmlformats.org/officeDocument/2006/extended-properties'" w:xpath="/ns0:Properties[1]/ns0:Company[1]" w:storeItemID="{6668398D-A668-4E3E-A5EB-62B293D839F1}"/>
                <w:text/>
              </w:sdtPr>
              <w:sdtEndPr/>
              <w:sdtContent>
                <w:tc>
                  <w:tcPr>
                    <w:tcW w:w="8847" w:type="dxa"/>
                    <w:tcMar>
                      <w:top w:w="216" w:type="dxa"/>
                      <w:left w:w="115" w:type="dxa"/>
                      <w:bottom w:w="216" w:type="dxa"/>
                      <w:right w:w="115" w:type="dxa"/>
                    </w:tcMar>
                  </w:tcPr>
                  <w:p w14:paraId="7DB236ED" w14:textId="51C409EE" w:rsidR="00C04581" w:rsidRPr="00C04581" w:rsidRDefault="00C04581">
                    <w:pPr>
                      <w:pStyle w:val="Nincstrkz"/>
                      <w:rPr>
                        <w:rFonts w:ascii="Times New Roman" w:hAnsi="Times New Roman" w:cs="Times New Roman"/>
                        <w:color w:val="000000" w:themeColor="text1"/>
                        <w:sz w:val="24"/>
                      </w:rPr>
                    </w:pPr>
                    <w:proofErr w:type="spellStart"/>
                    <w:r w:rsidRPr="00C04581">
                      <w:rPr>
                        <w:rFonts w:ascii="Times New Roman" w:hAnsi="Times New Roman" w:cs="Times New Roman"/>
                        <w:color w:val="000000" w:themeColor="text1"/>
                        <w:sz w:val="24"/>
                        <w:szCs w:val="24"/>
                      </w:rPr>
                      <w:t>Martonvásár</w:t>
                    </w:r>
                    <w:proofErr w:type="spellEnd"/>
                    <w:r w:rsidRPr="00C04581">
                      <w:rPr>
                        <w:rFonts w:ascii="Times New Roman" w:hAnsi="Times New Roman" w:cs="Times New Roman"/>
                        <w:color w:val="000000" w:themeColor="text1"/>
                        <w:sz w:val="24"/>
                        <w:szCs w:val="24"/>
                      </w:rPr>
                      <w:t xml:space="preserve"> </w:t>
                    </w:r>
                    <w:proofErr w:type="spellStart"/>
                    <w:r w:rsidRPr="00C04581">
                      <w:rPr>
                        <w:rFonts w:ascii="Times New Roman" w:hAnsi="Times New Roman" w:cs="Times New Roman"/>
                        <w:color w:val="000000" w:themeColor="text1"/>
                        <w:sz w:val="24"/>
                        <w:szCs w:val="24"/>
                      </w:rPr>
                      <w:t>Város</w:t>
                    </w:r>
                    <w:proofErr w:type="spellEnd"/>
                    <w:r w:rsidRPr="00C04581">
                      <w:rPr>
                        <w:rFonts w:ascii="Times New Roman" w:hAnsi="Times New Roman" w:cs="Times New Roman"/>
                        <w:color w:val="000000" w:themeColor="text1"/>
                        <w:sz w:val="24"/>
                        <w:szCs w:val="24"/>
                      </w:rPr>
                      <w:t xml:space="preserve"> </w:t>
                    </w:r>
                    <w:proofErr w:type="spellStart"/>
                    <w:r w:rsidRPr="00C04581">
                      <w:rPr>
                        <w:rFonts w:ascii="Times New Roman" w:hAnsi="Times New Roman" w:cs="Times New Roman"/>
                        <w:color w:val="000000" w:themeColor="text1"/>
                        <w:sz w:val="24"/>
                        <w:szCs w:val="24"/>
                      </w:rPr>
                      <w:t>Önkormányzata</w:t>
                    </w:r>
                    <w:proofErr w:type="spellEnd"/>
                  </w:p>
                </w:tc>
              </w:sdtContent>
            </w:sdt>
          </w:tr>
          <w:tr w:rsidR="00C04581" w14:paraId="3E15E75D" w14:textId="77777777" w:rsidTr="00C04581">
            <w:tc>
              <w:tcPr>
                <w:tcW w:w="8847" w:type="dxa"/>
              </w:tcPr>
              <w:sdt>
                <w:sdtPr>
                  <w:rPr>
                    <w:rFonts w:ascii="Times New Roman" w:eastAsiaTheme="majorEastAsia" w:hAnsi="Times New Roman" w:cs="Times New Roman"/>
                    <w:color w:val="000000" w:themeColor="text1"/>
                    <w:sz w:val="88"/>
                    <w:szCs w:val="88"/>
                  </w:rPr>
                  <w:alias w:val="Cím"/>
                  <w:id w:val="13406919"/>
                  <w:placeholder>
                    <w:docPart w:val="6DC62C113FCE409AB2D7FE9DD17F18D2"/>
                  </w:placeholder>
                  <w:dataBinding w:prefixMappings="xmlns:ns0='http://schemas.openxmlformats.org/package/2006/metadata/core-properties' xmlns:ns1='http://purl.org/dc/elements/1.1/'" w:xpath="/ns0:coreProperties[1]/ns1:title[1]" w:storeItemID="{6C3C8BC8-F283-45AE-878A-BAB7291924A1}"/>
                  <w:text/>
                </w:sdtPr>
                <w:sdtEndPr/>
                <w:sdtContent>
                  <w:p w14:paraId="3DD561CE" w14:textId="3E0F450C" w:rsidR="00C04581" w:rsidRPr="00C04581" w:rsidRDefault="00E37C07" w:rsidP="00C04581">
                    <w:pPr>
                      <w:pStyle w:val="Nincstrkz"/>
                      <w:spacing w:line="216" w:lineRule="auto"/>
                      <w:jc w:val="center"/>
                      <w:rPr>
                        <w:rFonts w:ascii="Times New Roman" w:eastAsiaTheme="majorEastAsia" w:hAnsi="Times New Roman" w:cs="Times New Roman"/>
                        <w:color w:val="000000" w:themeColor="text1"/>
                        <w:sz w:val="88"/>
                        <w:szCs w:val="88"/>
                      </w:rPr>
                    </w:pPr>
                    <w:r>
                      <w:rPr>
                        <w:rFonts w:ascii="Times New Roman" w:eastAsiaTheme="majorEastAsia" w:hAnsi="Times New Roman" w:cs="Times New Roman"/>
                        <w:color w:val="000000" w:themeColor="text1"/>
                        <w:sz w:val="88"/>
                        <w:szCs w:val="88"/>
                      </w:rPr>
                      <w:t>MARTONVÁSÁRI ZÖLD MŰHELY</w:t>
                    </w:r>
                    <w:r w:rsidR="00392B3F">
                      <w:rPr>
                        <w:rFonts w:ascii="Times New Roman" w:eastAsiaTheme="majorEastAsia" w:hAnsi="Times New Roman" w:cs="Times New Roman"/>
                        <w:color w:val="000000" w:themeColor="text1"/>
                        <w:sz w:val="88"/>
                        <w:szCs w:val="88"/>
                      </w:rPr>
                      <w:t xml:space="preserve"> </w:t>
                    </w:r>
                    <w:r>
                      <w:rPr>
                        <w:rFonts w:ascii="Times New Roman" w:eastAsiaTheme="majorEastAsia" w:hAnsi="Times New Roman" w:cs="Times New Roman"/>
                        <w:color w:val="000000" w:themeColor="text1"/>
                        <w:sz w:val="88"/>
                        <w:szCs w:val="88"/>
                      </w:rPr>
                      <w:t>MŰKÖDÉSI SZABÁLYZAT</w:t>
                    </w:r>
                  </w:p>
                </w:sdtContent>
              </w:sdt>
            </w:tc>
          </w:tr>
          <w:tr w:rsidR="00C04581" w14:paraId="31FD2997" w14:textId="77777777" w:rsidTr="00C04581">
            <w:sdt>
              <w:sdtPr>
                <w:rPr>
                  <w:rFonts w:ascii="Times New Roman" w:hAnsi="Times New Roman" w:cs="Times New Roman"/>
                  <w:color w:val="FF0000"/>
                  <w:sz w:val="24"/>
                  <w:szCs w:val="24"/>
                </w:rPr>
                <w:alias w:val="Alcím"/>
                <w:id w:val="13406923"/>
                <w:placeholder>
                  <w:docPart w:val="4F4C66CC3FD747258D2168734D5405EA"/>
                </w:placeholder>
                <w:dataBinding w:prefixMappings="xmlns:ns0='http://schemas.openxmlformats.org/package/2006/metadata/core-properties' xmlns:ns1='http://purl.org/dc/elements/1.1/'" w:xpath="/ns0:coreProperties[1]/ns1:subject[1]" w:storeItemID="{6C3C8BC8-F283-45AE-878A-BAB7291924A1}"/>
                <w:text/>
              </w:sdtPr>
              <w:sdtEndPr/>
              <w:sdtContent>
                <w:tc>
                  <w:tcPr>
                    <w:tcW w:w="8847" w:type="dxa"/>
                    <w:tcMar>
                      <w:top w:w="216" w:type="dxa"/>
                      <w:left w:w="115" w:type="dxa"/>
                      <w:bottom w:w="216" w:type="dxa"/>
                      <w:right w:w="115" w:type="dxa"/>
                    </w:tcMar>
                  </w:tcPr>
                  <w:p w14:paraId="6959B838" w14:textId="00C8971A" w:rsidR="00C04581" w:rsidRPr="00C04581" w:rsidRDefault="00C04581">
                    <w:pPr>
                      <w:pStyle w:val="Nincstrkz"/>
                      <w:rPr>
                        <w:rFonts w:ascii="Times New Roman" w:hAnsi="Times New Roman" w:cs="Times New Roman"/>
                        <w:color w:val="000000" w:themeColor="text1"/>
                        <w:sz w:val="24"/>
                      </w:rPr>
                    </w:pPr>
                    <w:proofErr w:type="spellStart"/>
                    <w:r w:rsidRPr="00C04581">
                      <w:rPr>
                        <w:rFonts w:ascii="Times New Roman" w:hAnsi="Times New Roman" w:cs="Times New Roman"/>
                        <w:color w:val="FF0000"/>
                        <w:sz w:val="24"/>
                        <w:szCs w:val="24"/>
                      </w:rPr>
                      <w:t>Tervezet</w:t>
                    </w:r>
                    <w:proofErr w:type="spellEnd"/>
                  </w:p>
                </w:tc>
              </w:sdtContent>
            </w:sdt>
          </w:tr>
        </w:tbl>
        <w:tbl>
          <w:tblPr>
            <w:tblpPr w:leftFromText="187" w:rightFromText="187" w:horzAnchor="margin" w:tblpXSpec="center" w:tblpYSpec="bottom"/>
            <w:tblW w:w="3857" w:type="pct"/>
            <w:tblLook w:val="04A0" w:firstRow="1" w:lastRow="0" w:firstColumn="1" w:lastColumn="0" w:noHBand="0" w:noVBand="1"/>
          </w:tblPr>
          <w:tblGrid>
            <w:gridCol w:w="6585"/>
          </w:tblGrid>
          <w:tr w:rsidR="00C04581" w:rsidRPr="00C04581" w14:paraId="3DFA38B7" w14:textId="77777777">
            <w:tc>
              <w:tcPr>
                <w:tcW w:w="7221" w:type="dxa"/>
                <w:tcMar>
                  <w:top w:w="216" w:type="dxa"/>
                  <w:left w:w="115" w:type="dxa"/>
                  <w:bottom w:w="216" w:type="dxa"/>
                  <w:right w:w="115" w:type="dxa"/>
                </w:tcMar>
              </w:tcPr>
              <w:sdt>
                <w:sdtPr>
                  <w:rPr>
                    <w:rFonts w:ascii="Times New Roman" w:hAnsi="Times New Roman" w:cs="Times New Roman"/>
                    <w:sz w:val="28"/>
                    <w:szCs w:val="28"/>
                  </w:rPr>
                  <w:alias w:val="Szerző"/>
                  <w:id w:val="13406928"/>
                  <w:placeholder>
                    <w:docPart w:val="AEAED6CA2737466CB1917C9B573C8C29"/>
                  </w:placeholder>
                  <w:dataBinding w:prefixMappings="xmlns:ns0='http://schemas.openxmlformats.org/package/2006/metadata/core-properties' xmlns:ns1='http://purl.org/dc/elements/1.1/'" w:xpath="/ns0:coreProperties[1]/ns1:creator[1]" w:storeItemID="{6C3C8BC8-F283-45AE-878A-BAB7291924A1}"/>
                  <w:text/>
                </w:sdtPr>
                <w:sdtEndPr/>
                <w:sdtContent>
                  <w:p w14:paraId="58315940" w14:textId="6829A70E" w:rsidR="00C04581" w:rsidRPr="00C04581" w:rsidRDefault="00C04581">
                    <w:pPr>
                      <w:pStyle w:val="Nincstrkz"/>
                      <w:rPr>
                        <w:rFonts w:ascii="Times New Roman" w:hAnsi="Times New Roman" w:cs="Times New Roman"/>
                        <w:sz w:val="28"/>
                        <w:szCs w:val="28"/>
                      </w:rPr>
                    </w:pPr>
                    <w:r>
                      <w:rPr>
                        <w:rFonts w:ascii="Times New Roman" w:hAnsi="Times New Roman" w:cs="Times New Roman"/>
                        <w:sz w:val="28"/>
                        <w:szCs w:val="28"/>
                      </w:rPr>
                      <w:t>Martonvásár,</w:t>
                    </w:r>
                  </w:p>
                </w:sdtContent>
              </w:sdt>
              <w:sdt>
                <w:sdtPr>
                  <w:rPr>
                    <w:rFonts w:ascii="Times New Roman" w:hAnsi="Times New Roman" w:cs="Times New Roman"/>
                    <w:sz w:val="28"/>
                    <w:szCs w:val="28"/>
                  </w:rPr>
                  <w:alias w:val="Dátum"/>
                  <w:tag w:val="Dátum"/>
                  <w:id w:val="13406932"/>
                  <w:placeholder>
                    <w:docPart w:val="A299708EB9A940C5B27DFA0B0AD38DF6"/>
                  </w:placeholder>
                  <w:dataBinding w:prefixMappings="xmlns:ns0='http://schemas.microsoft.com/office/2006/coverPageProps'" w:xpath="/ns0:CoverPageProperties[1]/ns0:PublishDate[1]" w:storeItemID="{55AF091B-3C7A-41E3-B477-F2FDAA23CFDA}"/>
                  <w:date w:fullDate="2026-09-03T00:00:00Z">
                    <w:dateFormat w:val="yyyy.MM.dd."/>
                    <w:lid w:val="hu-HU"/>
                    <w:storeMappedDataAs w:val="dateTime"/>
                    <w:calendar w:val="gregorian"/>
                  </w:date>
                </w:sdtPr>
                <w:sdtEndPr/>
                <w:sdtContent>
                  <w:p w14:paraId="7839CC74" w14:textId="31135320" w:rsidR="00C04581" w:rsidRPr="00C04581" w:rsidRDefault="006D3EFC">
                    <w:pPr>
                      <w:pStyle w:val="Nincstrkz"/>
                      <w:rPr>
                        <w:rFonts w:ascii="Times New Roman" w:hAnsi="Times New Roman" w:cs="Times New Roman"/>
                        <w:sz w:val="28"/>
                        <w:szCs w:val="28"/>
                      </w:rPr>
                    </w:pPr>
                    <w:r>
                      <w:rPr>
                        <w:rFonts w:ascii="Times New Roman" w:hAnsi="Times New Roman" w:cs="Times New Roman"/>
                        <w:sz w:val="28"/>
                        <w:szCs w:val="28"/>
                        <w:lang w:val="hu-HU"/>
                      </w:rPr>
                      <w:t>2026.09.03.</w:t>
                    </w:r>
                  </w:p>
                </w:sdtContent>
              </w:sdt>
              <w:p w14:paraId="5C658709" w14:textId="77777777" w:rsidR="00C04581" w:rsidRPr="00C04581" w:rsidRDefault="00C04581">
                <w:pPr>
                  <w:pStyle w:val="Nincstrkz"/>
                  <w:rPr>
                    <w:rFonts w:ascii="Times New Roman" w:hAnsi="Times New Roman" w:cs="Times New Roman"/>
                  </w:rPr>
                </w:pPr>
              </w:p>
            </w:tc>
          </w:tr>
        </w:tbl>
        <w:p w14:paraId="48200855" w14:textId="7E81A807" w:rsidR="00C04581" w:rsidRDefault="00C04581">
          <w:pPr>
            <w:rPr>
              <w:rFonts w:ascii="Times New Roman" w:eastAsiaTheme="majorEastAsia" w:hAnsi="Times New Roman" w:cs="Times New Roman"/>
              <w:b/>
              <w:bCs/>
              <w:color w:val="000000" w:themeColor="text1"/>
              <w:sz w:val="24"/>
              <w:szCs w:val="24"/>
            </w:rPr>
          </w:pPr>
          <w:r>
            <w:rPr>
              <w:rFonts w:ascii="Times New Roman" w:hAnsi="Times New Roman" w:cs="Times New Roman"/>
              <w:color w:val="000000" w:themeColor="text1"/>
              <w:sz w:val="24"/>
              <w:szCs w:val="24"/>
            </w:rPr>
            <w:br w:type="page"/>
          </w:r>
        </w:p>
      </w:sdtContent>
    </w:sdt>
    <w:p w14:paraId="232D5AA4" w14:textId="7564EFC8" w:rsidR="001E22EB" w:rsidRPr="00117DA2" w:rsidRDefault="0040726E" w:rsidP="00117DA2">
      <w:pPr>
        <w:pStyle w:val="Cmsor1"/>
        <w:spacing w:line="276" w:lineRule="auto"/>
        <w:jc w:val="center"/>
        <w:rPr>
          <w:rFonts w:ascii="Times New Roman" w:hAnsi="Times New Roman" w:cs="Times New Roman"/>
          <w:color w:val="000000" w:themeColor="text1"/>
          <w:sz w:val="24"/>
          <w:szCs w:val="24"/>
        </w:rPr>
      </w:pPr>
      <w:r w:rsidRPr="00117DA2">
        <w:rPr>
          <w:rFonts w:ascii="Times New Roman" w:hAnsi="Times New Roman" w:cs="Times New Roman"/>
          <w:color w:val="000000" w:themeColor="text1"/>
          <w:sz w:val="24"/>
          <w:szCs w:val="24"/>
        </w:rPr>
        <w:lastRenderedPageBreak/>
        <w:t>MARTONVÁSÁRI ZÖLD MŰHELY</w:t>
      </w:r>
      <w:r w:rsidRPr="00117DA2">
        <w:rPr>
          <w:rFonts w:ascii="Times New Roman" w:hAnsi="Times New Roman" w:cs="Times New Roman"/>
          <w:color w:val="000000" w:themeColor="text1"/>
          <w:sz w:val="24"/>
          <w:szCs w:val="24"/>
        </w:rPr>
        <w:br/>
        <w:t>MŰKÖDÉSI SZABÁLYZAT</w:t>
      </w:r>
      <w:r w:rsidR="00216578">
        <w:rPr>
          <w:rFonts w:ascii="Times New Roman" w:hAnsi="Times New Roman" w:cs="Times New Roman"/>
          <w:color w:val="000000" w:themeColor="text1"/>
          <w:sz w:val="24"/>
          <w:szCs w:val="24"/>
        </w:rPr>
        <w:t>A</w:t>
      </w:r>
      <w:r w:rsidRPr="00117DA2">
        <w:rPr>
          <w:rFonts w:ascii="Times New Roman" w:hAnsi="Times New Roman" w:cs="Times New Roman"/>
          <w:color w:val="000000" w:themeColor="text1"/>
          <w:sz w:val="24"/>
          <w:szCs w:val="24"/>
        </w:rPr>
        <w:t xml:space="preserve"> </w:t>
      </w:r>
    </w:p>
    <w:p w14:paraId="31AC8977" w14:textId="77777777" w:rsidR="0013032A" w:rsidRPr="0013032A" w:rsidRDefault="0013032A" w:rsidP="00117DA2">
      <w:pPr>
        <w:pStyle w:val="Cmsor2"/>
        <w:spacing w:line="276" w:lineRule="auto"/>
        <w:jc w:val="left"/>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Hatályos: ......................................</w:t>
      </w:r>
    </w:p>
    <w:p w14:paraId="43225C51" w14:textId="77777777" w:rsidR="0013032A" w:rsidRPr="0013032A" w:rsidRDefault="0013032A" w:rsidP="00117DA2">
      <w:pPr>
        <w:pStyle w:val="Cmsor2"/>
        <w:spacing w:line="276" w:lineRule="auto"/>
        <w:jc w:val="left"/>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Elfogadva: ......................................</w:t>
      </w:r>
    </w:p>
    <w:p w14:paraId="6F39F3B6" w14:textId="77777777" w:rsidR="0013032A" w:rsidRPr="00117DA2" w:rsidRDefault="0013032A"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I. A Műhely célja</w:t>
      </w:r>
    </w:p>
    <w:p w14:paraId="004768BA" w14:textId="512ABA4D" w:rsidR="0013032A" w:rsidRPr="0013032A" w:rsidRDefault="0013032A"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1. § A Martonvásári Zöld Műhely rendeltetése</w:t>
      </w:r>
    </w:p>
    <w:p w14:paraId="4E8965FC" w14:textId="77777777" w:rsidR="0013032A" w:rsidRPr="0013032A" w:rsidRDefault="0013032A"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(1) A Martonvásári Zöld Műhely (a továbbiakban: Műhely) Martonvásár Város Önkormányzata által létrehozott, önkéntes részvételen alapuló, civil szakmai munkacsoport, amely tanácsadó, véleményező és javaslattevő feladatokat lát el a település környezet- és természetvédelmével összefüggő ügyekben.</w:t>
      </w:r>
    </w:p>
    <w:p w14:paraId="081A5A28" w14:textId="77777777" w:rsidR="0013032A" w:rsidRPr="0013032A" w:rsidRDefault="0013032A"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(2) A Műhely elsődleges célja, hogy elősegítse Martonvásár természeti értékeinek megőrzését, a települési környezet minőségének javítását, valamint a fenntartható fejlődés helyi célkitűzéseinek megvalósítását. Ennek érdekében a Műhely aktívan részt vesz a környezeti és természetvédelmi kérdések feltárásában, értékelésében és a lehetséges megoldások kidolgozásában.</w:t>
      </w:r>
    </w:p>
    <w:p w14:paraId="760157B7" w14:textId="77777777" w:rsidR="0013032A" w:rsidRPr="0013032A" w:rsidRDefault="0013032A"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(3) A Műhely működése során kiemelt figyelmet fordít:</w:t>
      </w:r>
    </w:p>
    <w:p w14:paraId="2C8F079C" w14:textId="77777777" w:rsidR="0013032A" w:rsidRPr="0013032A" w:rsidRDefault="0013032A" w:rsidP="00117DA2">
      <w:pPr>
        <w:pStyle w:val="Cmsor2"/>
        <w:numPr>
          <w:ilvl w:val="0"/>
          <w:numId w:val="28"/>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települési zöldfelületek védelmére és fejlesztésére;</w:t>
      </w:r>
    </w:p>
    <w:p w14:paraId="0623B687" w14:textId="77777777" w:rsidR="0013032A" w:rsidRPr="0013032A" w:rsidRDefault="0013032A" w:rsidP="00117DA2">
      <w:pPr>
        <w:pStyle w:val="Cmsor2"/>
        <w:numPr>
          <w:ilvl w:val="0"/>
          <w:numId w:val="28"/>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természetes élőhelyek és a helyi természeti értékek megőrzésére;</w:t>
      </w:r>
    </w:p>
    <w:p w14:paraId="55769D98" w14:textId="77777777" w:rsidR="0013032A" w:rsidRPr="0013032A" w:rsidRDefault="0013032A" w:rsidP="00117DA2">
      <w:pPr>
        <w:pStyle w:val="Cmsor2"/>
        <w:numPr>
          <w:ilvl w:val="0"/>
          <w:numId w:val="28"/>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klímaváltozás helyi hatásaira való felkészülés támogatására;</w:t>
      </w:r>
    </w:p>
    <w:p w14:paraId="4288C69B" w14:textId="77777777" w:rsidR="0013032A" w:rsidRPr="0013032A" w:rsidRDefault="0013032A" w:rsidP="00117DA2">
      <w:pPr>
        <w:pStyle w:val="Cmsor2"/>
        <w:numPr>
          <w:ilvl w:val="0"/>
          <w:numId w:val="28"/>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környezettudatos szemléletformálás és a lakossági részvétel erősítésére;</w:t>
      </w:r>
    </w:p>
    <w:p w14:paraId="143801DA" w14:textId="77777777" w:rsidR="0013032A" w:rsidRPr="0013032A" w:rsidRDefault="0013032A" w:rsidP="00117DA2">
      <w:pPr>
        <w:pStyle w:val="Cmsor2"/>
        <w:numPr>
          <w:ilvl w:val="0"/>
          <w:numId w:val="28"/>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civil szervezetek, intézmények, gazdálkodó szervezetek és az önkormányzat közötti szakmai együttműködés előmozdítására.</w:t>
      </w:r>
    </w:p>
    <w:p w14:paraId="43ABBDFE" w14:textId="77777777" w:rsidR="0013032A" w:rsidRPr="0013032A" w:rsidRDefault="0013032A"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(4) A Műhely feladata, hogy a lakosság, civil szervezetek, intézmények, valamint az önkormányzat részéről érkező környezetvédelmi és természetvédelmi javaslatokat, észrevételeket és problémákat összegyűjtse, megvizsgálja, szükség esetén szakmai szempontból értékelje, és azokkal kapcsolatban ajánlásokat, állásfoglalásokat vagy fejlesztési javaslatokat fogalmazzon meg.</w:t>
      </w:r>
    </w:p>
    <w:p w14:paraId="2EA4A326" w14:textId="77777777" w:rsidR="0013032A" w:rsidRPr="0013032A" w:rsidRDefault="0013032A"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(5) A Műhely kezdeményezheti környezet- és természetvédelmi programok, lakossági akciók, önkéntes rendezvények, szemléletformáló kampányok, közösségi faültetések, hulladékgyűjtési akciók, valamint egyéb, a település környezeti állapotának javítását szolgáló események megszervezését vagy szakmai támogatását.</w:t>
      </w:r>
    </w:p>
    <w:p w14:paraId="7D13B587" w14:textId="77777777" w:rsidR="0013032A" w:rsidRPr="0013032A" w:rsidRDefault="0013032A"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(6) A Műhely tevékenységét politikailag semleges módon, a szakmaiság, az együttműködés, a nyitottság, az átláthatóság és a közösségi felelősségvállalás alapelveinek megfelelően végzi.</w:t>
      </w:r>
    </w:p>
    <w:p w14:paraId="7827FC3E" w14:textId="77777777" w:rsidR="0013032A" w:rsidRPr="0013032A" w:rsidRDefault="0013032A"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lastRenderedPageBreak/>
        <w:t xml:space="preserve">(7) A Műhely nem rendelkezik önálló közigazgatási vagy hatósági jogkörrel, határozatai nem minősülnek kötelező </w:t>
      </w:r>
      <w:proofErr w:type="spellStart"/>
      <w:r w:rsidRPr="0013032A">
        <w:rPr>
          <w:rFonts w:ascii="Times New Roman" w:hAnsi="Times New Roman" w:cs="Times New Roman"/>
          <w:b w:val="0"/>
          <w:bCs w:val="0"/>
          <w:color w:val="000000" w:themeColor="text1"/>
          <w:sz w:val="24"/>
          <w:szCs w:val="24"/>
          <w:lang w:val="hu-HU"/>
        </w:rPr>
        <w:t>erejű</w:t>
      </w:r>
      <w:proofErr w:type="spellEnd"/>
      <w:r w:rsidRPr="0013032A">
        <w:rPr>
          <w:rFonts w:ascii="Times New Roman" w:hAnsi="Times New Roman" w:cs="Times New Roman"/>
          <w:b w:val="0"/>
          <w:bCs w:val="0"/>
          <w:color w:val="000000" w:themeColor="text1"/>
          <w:sz w:val="24"/>
          <w:szCs w:val="24"/>
          <w:lang w:val="hu-HU"/>
        </w:rPr>
        <w:t xml:space="preserve"> döntésnek. A Műhely által kialakított szakmai álláspontok, ajánlások és javaslatok Martonvásár Város Önkormányzata, valamint az érintett szervezetek döntéseinek előkészítését segítik.</w:t>
      </w:r>
    </w:p>
    <w:p w14:paraId="3104CEA2" w14:textId="1D4781DC" w:rsidR="0013032A" w:rsidRPr="0013032A" w:rsidRDefault="0013032A"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(8) A Műhely működésének hosszú távú célja olyan együttműködő közösség kialakítása, amely hozzájárul Martonvásár természeti értékeinek megőrzéséhez, a városi környezet folyamatos fejlesztéséhez, valamint a lakosság környezettudatos szemléletének erősítéséhez.</w:t>
      </w:r>
    </w:p>
    <w:p w14:paraId="52B8F40A" w14:textId="77777777" w:rsidR="0013032A" w:rsidRPr="0013032A" w:rsidRDefault="0013032A"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II. A Műhely alapelvei</w:t>
      </w:r>
    </w:p>
    <w:p w14:paraId="1C770651" w14:textId="77777777" w:rsidR="0013032A" w:rsidRPr="0013032A" w:rsidRDefault="0013032A"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Műhely működése az alábbi alapelveken nyugszik:</w:t>
      </w:r>
    </w:p>
    <w:p w14:paraId="1D3A0D5F" w14:textId="77777777" w:rsidR="0013032A" w:rsidRPr="0013032A" w:rsidRDefault="0013032A" w:rsidP="00117DA2">
      <w:pPr>
        <w:pStyle w:val="Cmsor2"/>
        <w:numPr>
          <w:ilvl w:val="0"/>
          <w:numId w:val="10"/>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nyitottság;</w:t>
      </w:r>
    </w:p>
    <w:p w14:paraId="571FB4FA" w14:textId="77777777" w:rsidR="0013032A" w:rsidRPr="0013032A" w:rsidRDefault="0013032A" w:rsidP="00117DA2">
      <w:pPr>
        <w:pStyle w:val="Cmsor2"/>
        <w:numPr>
          <w:ilvl w:val="0"/>
          <w:numId w:val="10"/>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pártpolitikai semlegesség;</w:t>
      </w:r>
    </w:p>
    <w:p w14:paraId="0F383307" w14:textId="77777777" w:rsidR="0013032A" w:rsidRPr="0013032A" w:rsidRDefault="0013032A" w:rsidP="00117DA2">
      <w:pPr>
        <w:pStyle w:val="Cmsor2"/>
        <w:numPr>
          <w:ilvl w:val="0"/>
          <w:numId w:val="10"/>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együttműködés;</w:t>
      </w:r>
    </w:p>
    <w:p w14:paraId="7A0A510E" w14:textId="77777777" w:rsidR="0013032A" w:rsidRPr="0013032A" w:rsidRDefault="0013032A" w:rsidP="00117DA2">
      <w:pPr>
        <w:pStyle w:val="Cmsor2"/>
        <w:numPr>
          <w:ilvl w:val="0"/>
          <w:numId w:val="10"/>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fenntarthatóság;</w:t>
      </w:r>
    </w:p>
    <w:p w14:paraId="78D48B28" w14:textId="77777777" w:rsidR="0013032A" w:rsidRPr="0013032A" w:rsidRDefault="0013032A" w:rsidP="00117DA2">
      <w:pPr>
        <w:pStyle w:val="Cmsor2"/>
        <w:numPr>
          <w:ilvl w:val="0"/>
          <w:numId w:val="10"/>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kölcsönös tisztelet;</w:t>
      </w:r>
    </w:p>
    <w:p w14:paraId="0CEB6E27" w14:textId="77777777" w:rsidR="0013032A" w:rsidRPr="0013032A" w:rsidRDefault="0013032A" w:rsidP="00117DA2">
      <w:pPr>
        <w:pStyle w:val="Cmsor2"/>
        <w:numPr>
          <w:ilvl w:val="0"/>
          <w:numId w:val="10"/>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átláthatóság;</w:t>
      </w:r>
    </w:p>
    <w:p w14:paraId="3EED81F2" w14:textId="77777777" w:rsidR="0013032A" w:rsidRPr="0013032A" w:rsidRDefault="0013032A" w:rsidP="00117DA2">
      <w:pPr>
        <w:pStyle w:val="Cmsor2"/>
        <w:numPr>
          <w:ilvl w:val="0"/>
          <w:numId w:val="10"/>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közösségi gondolkodás;</w:t>
      </w:r>
    </w:p>
    <w:p w14:paraId="433ACFFD" w14:textId="4D63D7D9" w:rsidR="0013032A" w:rsidRPr="0013032A" w:rsidRDefault="0013032A" w:rsidP="00117DA2">
      <w:pPr>
        <w:pStyle w:val="Cmsor2"/>
        <w:numPr>
          <w:ilvl w:val="0"/>
          <w:numId w:val="10"/>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konszenzusra törekvés.</w:t>
      </w:r>
    </w:p>
    <w:p w14:paraId="4249ECA2" w14:textId="77777777" w:rsidR="0013032A" w:rsidRPr="0013032A" w:rsidRDefault="0013032A"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III. Fő feladatkörei</w:t>
      </w:r>
    </w:p>
    <w:p w14:paraId="2907E6E2" w14:textId="77777777" w:rsidR="0013032A" w:rsidRPr="0013032A" w:rsidRDefault="0013032A"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Műhely különösen az alábbi témakörökkel foglalkozik:</w:t>
      </w:r>
    </w:p>
    <w:p w14:paraId="2F313263"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természetvédelem;</w:t>
      </w:r>
    </w:p>
    <w:p w14:paraId="0D66C1FB"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helyi környezetvédelem;</w:t>
      </w:r>
    </w:p>
    <w:p w14:paraId="3A2C6EA2"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városi zöldfelületek;</w:t>
      </w:r>
    </w:p>
    <w:p w14:paraId="559D1C62"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faültetések és növénytelepítések;</w:t>
      </w:r>
    </w:p>
    <w:p w14:paraId="0756CC26"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parkok fejlesztése;</w:t>
      </w:r>
    </w:p>
    <w:p w14:paraId="27E27A8A"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közterületek állapota;</w:t>
      </w:r>
    </w:p>
    <w:p w14:paraId="3683C478"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illegális hulladéklerakás;</w:t>
      </w:r>
    </w:p>
    <w:p w14:paraId="7814FC3E"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hulladékgazdálkodás;</w:t>
      </w:r>
    </w:p>
    <w:p w14:paraId="581DCFC2"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szelektív gyűjtés;</w:t>
      </w:r>
    </w:p>
    <w:p w14:paraId="0AB81B6C"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lastRenderedPageBreak/>
        <w:t>vízvédelem;</w:t>
      </w:r>
    </w:p>
    <w:p w14:paraId="5400BED2"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levegőminőség;</w:t>
      </w:r>
    </w:p>
    <w:p w14:paraId="3BA56E28"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biodiverzitás;</w:t>
      </w:r>
    </w:p>
    <w:p w14:paraId="547FD5A3"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proofErr w:type="spellStart"/>
      <w:r w:rsidRPr="0013032A">
        <w:rPr>
          <w:rFonts w:ascii="Times New Roman" w:hAnsi="Times New Roman" w:cs="Times New Roman"/>
          <w:b w:val="0"/>
          <w:bCs w:val="0"/>
          <w:color w:val="000000" w:themeColor="text1"/>
          <w:sz w:val="24"/>
          <w:szCs w:val="24"/>
          <w:lang w:val="hu-HU"/>
        </w:rPr>
        <w:t>beporzóbarát</w:t>
      </w:r>
      <w:proofErr w:type="spellEnd"/>
      <w:r w:rsidRPr="0013032A">
        <w:rPr>
          <w:rFonts w:ascii="Times New Roman" w:hAnsi="Times New Roman" w:cs="Times New Roman"/>
          <w:b w:val="0"/>
          <w:bCs w:val="0"/>
          <w:color w:val="000000" w:themeColor="text1"/>
          <w:sz w:val="24"/>
          <w:szCs w:val="24"/>
          <w:lang w:val="hu-HU"/>
        </w:rPr>
        <w:t xml:space="preserve"> szemlélet;</w:t>
      </w:r>
    </w:p>
    <w:p w14:paraId="4733B7A4"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madár- és élőhelyvédelem;</w:t>
      </w:r>
    </w:p>
    <w:p w14:paraId="2618D7DC"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klímaadaptáció;</w:t>
      </w:r>
    </w:p>
    <w:p w14:paraId="221DDF20"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lakossági szemléletformálás;</w:t>
      </w:r>
    </w:p>
    <w:p w14:paraId="6F059E0C"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környezeti nevelés;</w:t>
      </w:r>
    </w:p>
    <w:p w14:paraId="458D20E1"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civil akciók szervezése;</w:t>
      </w:r>
    </w:p>
    <w:p w14:paraId="52332E94" w14:textId="77777777" w:rsidR="0013032A" w:rsidRP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önkéntes programok;</w:t>
      </w:r>
    </w:p>
    <w:p w14:paraId="520C3273" w14:textId="4EF8ADD3" w:rsidR="0013032A" w:rsidRDefault="0013032A" w:rsidP="00117DA2">
      <w:pPr>
        <w:pStyle w:val="Cmsor2"/>
        <w:numPr>
          <w:ilvl w:val="0"/>
          <w:numId w:val="1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pályázati lehetőségek figyelése</w:t>
      </w:r>
      <w:r w:rsidR="00385BF7">
        <w:rPr>
          <w:rFonts w:ascii="Times New Roman" w:hAnsi="Times New Roman" w:cs="Times New Roman"/>
          <w:b w:val="0"/>
          <w:bCs w:val="0"/>
          <w:color w:val="000000" w:themeColor="text1"/>
          <w:sz w:val="24"/>
          <w:szCs w:val="24"/>
          <w:lang w:val="hu-HU"/>
        </w:rPr>
        <w:t>.</w:t>
      </w:r>
    </w:p>
    <w:p w14:paraId="1F8CBB98" w14:textId="77777777" w:rsidR="00385BF7" w:rsidRPr="00385BF7" w:rsidRDefault="00385BF7" w:rsidP="00385BF7">
      <w:pPr>
        <w:rPr>
          <w:lang w:val="hu-HU"/>
        </w:rPr>
      </w:pPr>
    </w:p>
    <w:p w14:paraId="1852EB3F" w14:textId="77777777" w:rsidR="00385BF7" w:rsidRDefault="00385BF7" w:rsidP="00385BF7">
      <w:pPr>
        <w:spacing w:line="276" w:lineRule="auto"/>
        <w:rPr>
          <w:rFonts w:ascii="Times New Roman" w:hAnsi="Times New Roman" w:cs="Times New Roman"/>
          <w:sz w:val="24"/>
          <w:szCs w:val="24"/>
          <w:lang w:val="hu-HU"/>
        </w:rPr>
      </w:pPr>
      <w:r>
        <w:rPr>
          <w:rFonts w:ascii="Times New Roman" w:hAnsi="Times New Roman" w:cs="Times New Roman"/>
          <w:sz w:val="24"/>
          <w:szCs w:val="24"/>
          <w:lang w:val="hu-HU"/>
        </w:rPr>
        <w:t xml:space="preserve">A Műhely olyan tanácsadó szerv, mely véleménye és állásfoglalása az Önkormányzatot és szerveit nem kötelezi valamely cselekvés megtételére vagy meg nem tételére, döntés meghozatalára vagy annak meg nem hozatalára. </w:t>
      </w:r>
    </w:p>
    <w:p w14:paraId="0C59A7CC" w14:textId="77777777" w:rsidR="00385BF7" w:rsidRPr="00385BF7" w:rsidRDefault="0013032A" w:rsidP="00385BF7">
      <w:pPr>
        <w:spacing w:line="276" w:lineRule="auto"/>
        <w:rPr>
          <w:rFonts w:ascii="Times New Roman" w:hAnsi="Times New Roman" w:cs="Times New Roman"/>
          <w:b/>
          <w:bCs/>
          <w:color w:val="000000" w:themeColor="text1"/>
          <w:sz w:val="24"/>
          <w:szCs w:val="24"/>
          <w:lang w:val="hu-HU"/>
        </w:rPr>
      </w:pPr>
      <w:r w:rsidRPr="00385BF7">
        <w:rPr>
          <w:rFonts w:ascii="Times New Roman" w:hAnsi="Times New Roman" w:cs="Times New Roman"/>
          <w:b/>
          <w:bCs/>
          <w:color w:val="000000" w:themeColor="text1"/>
          <w:sz w:val="24"/>
          <w:szCs w:val="24"/>
          <w:lang w:val="hu-HU"/>
        </w:rPr>
        <w:t>IV. A Műhely tagjai</w:t>
      </w:r>
    </w:p>
    <w:p w14:paraId="0C780910" w14:textId="77777777" w:rsidR="00385BF7" w:rsidRDefault="0013032A" w:rsidP="00385BF7">
      <w:pPr>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A Műhely tagjai:</w:t>
      </w:r>
    </w:p>
    <w:p w14:paraId="3B043773" w14:textId="77777777" w:rsidR="00385BF7" w:rsidRPr="00385BF7" w:rsidRDefault="00385BF7" w:rsidP="00385BF7">
      <w:pPr>
        <w:pStyle w:val="Listaszerbekezds"/>
        <w:numPr>
          <w:ilvl w:val="0"/>
          <w:numId w:val="36"/>
        </w:numPr>
        <w:spacing w:line="276" w:lineRule="auto"/>
        <w:rPr>
          <w:rFonts w:ascii="Times New Roman" w:hAnsi="Times New Roman" w:cs="Times New Roman"/>
          <w:color w:val="000000" w:themeColor="text1"/>
          <w:sz w:val="24"/>
          <w:szCs w:val="24"/>
          <w:lang w:val="hu-HU"/>
        </w:rPr>
      </w:pPr>
      <w:r w:rsidRPr="00385BF7">
        <w:rPr>
          <w:rFonts w:ascii="Times New Roman" w:hAnsi="Times New Roman" w:cs="Times New Roman"/>
          <w:color w:val="000000" w:themeColor="text1"/>
          <w:sz w:val="24"/>
          <w:szCs w:val="24"/>
          <w:lang w:val="hu-HU"/>
        </w:rPr>
        <w:t>f</w:t>
      </w:r>
      <w:r w:rsidR="0013032A" w:rsidRPr="00385BF7">
        <w:rPr>
          <w:rFonts w:ascii="Times New Roman" w:hAnsi="Times New Roman" w:cs="Times New Roman"/>
          <w:color w:val="000000" w:themeColor="text1"/>
          <w:sz w:val="24"/>
          <w:szCs w:val="24"/>
          <w:lang w:val="hu-HU"/>
        </w:rPr>
        <w:t>elkért martonvásári lakosok;</w:t>
      </w:r>
    </w:p>
    <w:p w14:paraId="171377EC" w14:textId="77777777" w:rsidR="00385BF7" w:rsidRPr="00385BF7" w:rsidRDefault="0013032A" w:rsidP="00385BF7">
      <w:pPr>
        <w:pStyle w:val="Listaszerbekezds"/>
        <w:numPr>
          <w:ilvl w:val="0"/>
          <w:numId w:val="36"/>
        </w:numPr>
        <w:spacing w:line="276" w:lineRule="auto"/>
        <w:rPr>
          <w:rFonts w:ascii="Times New Roman" w:hAnsi="Times New Roman" w:cs="Times New Roman"/>
          <w:color w:val="000000" w:themeColor="text1"/>
          <w:sz w:val="24"/>
          <w:szCs w:val="24"/>
          <w:lang w:val="hu-HU"/>
        </w:rPr>
      </w:pPr>
      <w:r w:rsidRPr="00385BF7">
        <w:rPr>
          <w:rFonts w:ascii="Times New Roman" w:hAnsi="Times New Roman" w:cs="Times New Roman"/>
          <w:color w:val="000000" w:themeColor="text1"/>
          <w:sz w:val="24"/>
          <w:szCs w:val="24"/>
          <w:lang w:val="hu-HU"/>
        </w:rPr>
        <w:t>szakemberek;</w:t>
      </w:r>
    </w:p>
    <w:p w14:paraId="7ABED04D" w14:textId="77777777" w:rsidR="00385BF7" w:rsidRDefault="0013032A" w:rsidP="00091358">
      <w:pPr>
        <w:pStyle w:val="Listaszerbekezds"/>
        <w:numPr>
          <w:ilvl w:val="0"/>
          <w:numId w:val="36"/>
        </w:numPr>
        <w:spacing w:line="276" w:lineRule="auto"/>
        <w:rPr>
          <w:rFonts w:ascii="Times New Roman" w:hAnsi="Times New Roman" w:cs="Times New Roman"/>
          <w:color w:val="000000" w:themeColor="text1"/>
          <w:sz w:val="24"/>
          <w:szCs w:val="24"/>
          <w:lang w:val="hu-HU"/>
        </w:rPr>
      </w:pPr>
      <w:r w:rsidRPr="00385BF7">
        <w:rPr>
          <w:rFonts w:ascii="Times New Roman" w:hAnsi="Times New Roman" w:cs="Times New Roman"/>
          <w:color w:val="000000" w:themeColor="text1"/>
          <w:sz w:val="24"/>
          <w:szCs w:val="24"/>
          <w:lang w:val="hu-HU"/>
        </w:rPr>
        <w:t>az Önkormányzat kijelölt kapcsolattartója.</w:t>
      </w:r>
    </w:p>
    <w:p w14:paraId="5F26C3F2" w14:textId="77777777" w:rsidR="00385BF7" w:rsidRDefault="0013032A" w:rsidP="00385BF7">
      <w:pPr>
        <w:spacing w:line="276" w:lineRule="auto"/>
        <w:rPr>
          <w:rFonts w:ascii="Times New Roman" w:hAnsi="Times New Roman" w:cs="Times New Roman"/>
          <w:color w:val="000000" w:themeColor="text1"/>
          <w:sz w:val="24"/>
          <w:szCs w:val="24"/>
          <w:lang w:val="hu-HU"/>
        </w:rPr>
      </w:pPr>
      <w:r w:rsidRPr="00385BF7">
        <w:rPr>
          <w:rFonts w:ascii="Times New Roman" w:hAnsi="Times New Roman" w:cs="Times New Roman"/>
          <w:color w:val="000000" w:themeColor="text1"/>
          <w:sz w:val="24"/>
          <w:szCs w:val="24"/>
          <w:lang w:val="hu-HU"/>
        </w:rPr>
        <w:t>A tagság önkéntes.</w:t>
      </w:r>
      <w:r w:rsidR="007057DA" w:rsidRPr="00385BF7">
        <w:rPr>
          <w:rFonts w:ascii="Times New Roman" w:hAnsi="Times New Roman" w:cs="Times New Roman"/>
          <w:color w:val="000000" w:themeColor="text1"/>
          <w:sz w:val="24"/>
          <w:szCs w:val="24"/>
          <w:lang w:val="hu-HU"/>
        </w:rPr>
        <w:t xml:space="preserve"> A Műhely legalább 5, legfeljebb 10 tagból álló szakmai munkacsoportként működik. </w:t>
      </w:r>
    </w:p>
    <w:p w14:paraId="5AB85843" w14:textId="77777777" w:rsidR="00385BF7" w:rsidRDefault="007057DA" w:rsidP="00385BF7">
      <w:pPr>
        <w:spacing w:line="276" w:lineRule="auto"/>
        <w:rPr>
          <w:rFonts w:ascii="Times New Roman" w:hAnsi="Times New Roman" w:cs="Times New Roman"/>
          <w:color w:val="000000" w:themeColor="text1"/>
          <w:sz w:val="24"/>
          <w:szCs w:val="24"/>
          <w:lang w:val="hu-HU"/>
        </w:rPr>
      </w:pPr>
      <w:r w:rsidRPr="00117DA2">
        <w:rPr>
          <w:rFonts w:ascii="Times New Roman" w:hAnsi="Times New Roman" w:cs="Times New Roman"/>
          <w:color w:val="000000" w:themeColor="text1"/>
          <w:sz w:val="24"/>
          <w:szCs w:val="24"/>
          <w:lang w:val="hu-HU"/>
        </w:rPr>
        <w:t>A Műhely taglétszámát úgy kell fenntartani, hogy az folyamatosan biztosítsa a hatékony, szakmailag megalapozott és működőképes feladatellátást.</w:t>
      </w:r>
    </w:p>
    <w:p w14:paraId="79F5643C" w14:textId="77777777" w:rsidR="00385BF7" w:rsidRDefault="0013032A" w:rsidP="00385BF7">
      <w:pPr>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A tagsági jogviszony megszűnik:</w:t>
      </w:r>
    </w:p>
    <w:p w14:paraId="319A4F82" w14:textId="53C05ED2" w:rsidR="00385BF7" w:rsidRPr="00385BF7" w:rsidRDefault="00E37C07" w:rsidP="00385BF7">
      <w:pPr>
        <w:pStyle w:val="Listaszerbekezds"/>
        <w:numPr>
          <w:ilvl w:val="0"/>
          <w:numId w:val="37"/>
        </w:numPr>
        <w:spacing w:line="276" w:lineRule="auto"/>
        <w:rPr>
          <w:rFonts w:ascii="Times New Roman" w:hAnsi="Times New Roman" w:cs="Times New Roman"/>
          <w:color w:val="000000" w:themeColor="text1"/>
          <w:sz w:val="24"/>
          <w:szCs w:val="24"/>
          <w:lang w:val="hu-HU"/>
        </w:rPr>
      </w:pPr>
      <w:r>
        <w:rPr>
          <w:rFonts w:ascii="Times New Roman" w:hAnsi="Times New Roman" w:cs="Times New Roman"/>
          <w:color w:val="000000" w:themeColor="text1"/>
          <w:sz w:val="24"/>
          <w:szCs w:val="24"/>
          <w:lang w:val="hu-HU"/>
        </w:rPr>
        <w:t xml:space="preserve">a Titkár részére történő, írásban közölt </w:t>
      </w:r>
      <w:r w:rsidR="0013032A" w:rsidRPr="00385BF7">
        <w:rPr>
          <w:rFonts w:ascii="Times New Roman" w:hAnsi="Times New Roman" w:cs="Times New Roman"/>
          <w:color w:val="000000" w:themeColor="text1"/>
          <w:sz w:val="24"/>
          <w:szCs w:val="24"/>
          <w:lang w:val="hu-HU"/>
        </w:rPr>
        <w:t>lemondással;</w:t>
      </w:r>
    </w:p>
    <w:p w14:paraId="6A9520BC" w14:textId="3BEA9671" w:rsidR="0013032A" w:rsidRPr="00385BF7" w:rsidRDefault="0013032A" w:rsidP="00385BF7">
      <w:pPr>
        <w:pStyle w:val="Listaszerbekezds"/>
        <w:numPr>
          <w:ilvl w:val="0"/>
          <w:numId w:val="37"/>
        </w:numPr>
        <w:spacing w:line="276" w:lineRule="auto"/>
        <w:rPr>
          <w:rFonts w:ascii="Times New Roman" w:hAnsi="Times New Roman" w:cs="Times New Roman"/>
          <w:b/>
          <w:bCs/>
          <w:color w:val="000000" w:themeColor="text1"/>
          <w:sz w:val="24"/>
          <w:szCs w:val="24"/>
          <w:lang w:val="hu-HU"/>
        </w:rPr>
      </w:pPr>
      <w:r w:rsidRPr="00385BF7">
        <w:rPr>
          <w:rFonts w:ascii="Times New Roman" w:hAnsi="Times New Roman" w:cs="Times New Roman"/>
          <w:color w:val="000000" w:themeColor="text1"/>
          <w:sz w:val="24"/>
          <w:szCs w:val="24"/>
          <w:lang w:val="hu-HU"/>
        </w:rPr>
        <w:t xml:space="preserve">a Műhely döntése alapján, amennyiben a tag a közösség működését </w:t>
      </w:r>
      <w:r w:rsidR="007057DA" w:rsidRPr="00385BF7">
        <w:rPr>
          <w:rFonts w:ascii="Times New Roman" w:hAnsi="Times New Roman" w:cs="Times New Roman"/>
          <w:color w:val="000000" w:themeColor="text1"/>
          <w:sz w:val="24"/>
          <w:szCs w:val="24"/>
          <w:lang w:val="hu-HU"/>
        </w:rPr>
        <w:t>megsérti</w:t>
      </w:r>
      <w:r w:rsidR="0057396B" w:rsidRPr="00385BF7">
        <w:rPr>
          <w:rFonts w:ascii="Times New Roman" w:hAnsi="Times New Roman" w:cs="Times New Roman"/>
          <w:color w:val="000000" w:themeColor="text1"/>
          <w:sz w:val="24"/>
          <w:szCs w:val="24"/>
          <w:lang w:val="hu-HU"/>
        </w:rPr>
        <w:t xml:space="preserve"> vagy rendszeresen nem jelenik meg</w:t>
      </w:r>
      <w:r w:rsidR="007057DA" w:rsidRPr="00385BF7">
        <w:rPr>
          <w:rFonts w:ascii="Times New Roman" w:hAnsi="Times New Roman" w:cs="Times New Roman"/>
          <w:color w:val="000000" w:themeColor="text1"/>
          <w:sz w:val="24"/>
          <w:szCs w:val="24"/>
          <w:lang w:val="hu-HU"/>
        </w:rPr>
        <w:t>.</w:t>
      </w:r>
    </w:p>
    <w:p w14:paraId="69493657" w14:textId="6E9DEB15" w:rsidR="007057DA" w:rsidRPr="00117DA2" w:rsidRDefault="0013032A"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lastRenderedPageBreak/>
        <w:t>V. Új tagok felvétele</w:t>
      </w:r>
      <w:r w:rsidR="007057DA" w:rsidRPr="00117DA2">
        <w:rPr>
          <w:rFonts w:ascii="Times New Roman" w:eastAsia="Times New Roman" w:hAnsi="Times New Roman" w:cs="Times New Roman"/>
          <w:color w:val="auto"/>
          <w:sz w:val="24"/>
          <w:szCs w:val="24"/>
          <w:lang w:val="hu-HU" w:eastAsia="hu-HU"/>
        </w:rPr>
        <w:t xml:space="preserve"> </w:t>
      </w:r>
    </w:p>
    <w:p w14:paraId="38B68B69" w14:textId="77777777" w:rsidR="007057DA" w:rsidRPr="007057DA" w:rsidRDefault="007057DA" w:rsidP="00117DA2">
      <w:pPr>
        <w:pStyle w:val="Cmsor2"/>
        <w:spacing w:line="276" w:lineRule="auto"/>
        <w:rPr>
          <w:rFonts w:ascii="Times New Roman" w:hAnsi="Times New Roman" w:cs="Times New Roman"/>
          <w:b w:val="0"/>
          <w:bCs w:val="0"/>
          <w:color w:val="000000" w:themeColor="text1"/>
          <w:sz w:val="24"/>
          <w:szCs w:val="24"/>
          <w:lang w:val="hu-HU"/>
        </w:rPr>
      </w:pPr>
      <w:r w:rsidRPr="007057DA">
        <w:rPr>
          <w:rFonts w:ascii="Times New Roman" w:hAnsi="Times New Roman" w:cs="Times New Roman"/>
          <w:b w:val="0"/>
          <w:bCs w:val="0"/>
          <w:color w:val="000000" w:themeColor="text1"/>
          <w:sz w:val="24"/>
          <w:szCs w:val="24"/>
          <w:lang w:val="hu-HU"/>
        </w:rPr>
        <w:t>1. § A tagság keletkezése</w:t>
      </w:r>
    </w:p>
    <w:p w14:paraId="4E0F12E3" w14:textId="77777777" w:rsidR="007057DA" w:rsidRPr="007057DA" w:rsidRDefault="007057DA" w:rsidP="00117DA2">
      <w:pPr>
        <w:pStyle w:val="Cmsor2"/>
        <w:spacing w:line="276" w:lineRule="auto"/>
        <w:rPr>
          <w:rFonts w:ascii="Times New Roman" w:hAnsi="Times New Roman" w:cs="Times New Roman"/>
          <w:b w:val="0"/>
          <w:bCs w:val="0"/>
          <w:color w:val="000000" w:themeColor="text1"/>
          <w:sz w:val="24"/>
          <w:szCs w:val="24"/>
          <w:lang w:val="hu-HU"/>
        </w:rPr>
      </w:pPr>
      <w:r w:rsidRPr="007057DA">
        <w:rPr>
          <w:rFonts w:ascii="Times New Roman" w:hAnsi="Times New Roman" w:cs="Times New Roman"/>
          <w:b w:val="0"/>
          <w:bCs w:val="0"/>
          <w:color w:val="000000" w:themeColor="text1"/>
          <w:sz w:val="24"/>
          <w:szCs w:val="24"/>
          <w:lang w:val="hu-HU"/>
        </w:rPr>
        <w:t>(1) A Műhely új tagja lehet az a természetes személy, aki a Műhely céljaival egyetért, annak működésében aktívan kíván részt venni, valamint elfogadja a jelen Működési Szabályzat rendelkezéseit.</w:t>
      </w:r>
    </w:p>
    <w:p w14:paraId="33545CD7" w14:textId="77777777" w:rsidR="007057DA" w:rsidRPr="007057DA" w:rsidRDefault="007057DA" w:rsidP="00117DA2">
      <w:pPr>
        <w:pStyle w:val="Cmsor2"/>
        <w:spacing w:line="276" w:lineRule="auto"/>
        <w:rPr>
          <w:rFonts w:ascii="Times New Roman" w:hAnsi="Times New Roman" w:cs="Times New Roman"/>
          <w:b w:val="0"/>
          <w:bCs w:val="0"/>
          <w:color w:val="000000" w:themeColor="text1"/>
          <w:sz w:val="24"/>
          <w:szCs w:val="24"/>
          <w:lang w:val="hu-HU"/>
        </w:rPr>
      </w:pPr>
      <w:r w:rsidRPr="007057DA">
        <w:rPr>
          <w:rFonts w:ascii="Times New Roman" w:hAnsi="Times New Roman" w:cs="Times New Roman"/>
          <w:b w:val="0"/>
          <w:bCs w:val="0"/>
          <w:color w:val="000000" w:themeColor="text1"/>
          <w:sz w:val="24"/>
          <w:szCs w:val="24"/>
          <w:lang w:val="hu-HU"/>
        </w:rPr>
        <w:t>(2) Új tag felvétele kezdeményezhető:</w:t>
      </w:r>
    </w:p>
    <w:p w14:paraId="467A7DCB" w14:textId="77777777" w:rsidR="007057DA" w:rsidRPr="007057DA" w:rsidRDefault="007057DA" w:rsidP="00117DA2">
      <w:pPr>
        <w:pStyle w:val="Cmsor2"/>
        <w:numPr>
          <w:ilvl w:val="0"/>
          <w:numId w:val="29"/>
        </w:numPr>
        <w:spacing w:line="276" w:lineRule="auto"/>
        <w:rPr>
          <w:rFonts w:ascii="Times New Roman" w:hAnsi="Times New Roman" w:cs="Times New Roman"/>
          <w:b w:val="0"/>
          <w:bCs w:val="0"/>
          <w:color w:val="000000" w:themeColor="text1"/>
          <w:sz w:val="24"/>
          <w:szCs w:val="24"/>
          <w:lang w:val="hu-HU"/>
        </w:rPr>
      </w:pPr>
      <w:r w:rsidRPr="007057DA">
        <w:rPr>
          <w:rFonts w:ascii="Times New Roman" w:hAnsi="Times New Roman" w:cs="Times New Roman"/>
          <w:b w:val="0"/>
          <w:bCs w:val="0"/>
          <w:color w:val="000000" w:themeColor="text1"/>
          <w:sz w:val="24"/>
          <w:szCs w:val="24"/>
          <w:lang w:val="hu-HU"/>
        </w:rPr>
        <w:t>saját jelentkezés alapján;</w:t>
      </w:r>
    </w:p>
    <w:p w14:paraId="6438BED8" w14:textId="77777777" w:rsidR="007057DA" w:rsidRPr="007057DA" w:rsidRDefault="007057DA" w:rsidP="00117DA2">
      <w:pPr>
        <w:pStyle w:val="Cmsor2"/>
        <w:numPr>
          <w:ilvl w:val="0"/>
          <w:numId w:val="29"/>
        </w:numPr>
        <w:spacing w:line="276" w:lineRule="auto"/>
        <w:rPr>
          <w:rFonts w:ascii="Times New Roman" w:hAnsi="Times New Roman" w:cs="Times New Roman"/>
          <w:b w:val="0"/>
          <w:bCs w:val="0"/>
          <w:color w:val="000000" w:themeColor="text1"/>
          <w:sz w:val="24"/>
          <w:szCs w:val="24"/>
          <w:lang w:val="hu-HU"/>
        </w:rPr>
      </w:pPr>
      <w:r w:rsidRPr="007057DA">
        <w:rPr>
          <w:rFonts w:ascii="Times New Roman" w:hAnsi="Times New Roman" w:cs="Times New Roman"/>
          <w:b w:val="0"/>
          <w:bCs w:val="0"/>
          <w:color w:val="000000" w:themeColor="text1"/>
          <w:sz w:val="24"/>
          <w:szCs w:val="24"/>
          <w:lang w:val="hu-HU"/>
        </w:rPr>
        <w:t>a Műhely valamely tagjának ajánlására;</w:t>
      </w:r>
    </w:p>
    <w:p w14:paraId="6FFE4619" w14:textId="77777777" w:rsidR="007057DA" w:rsidRPr="007057DA" w:rsidRDefault="007057DA" w:rsidP="00117DA2">
      <w:pPr>
        <w:pStyle w:val="Cmsor2"/>
        <w:numPr>
          <w:ilvl w:val="0"/>
          <w:numId w:val="29"/>
        </w:numPr>
        <w:spacing w:line="276" w:lineRule="auto"/>
        <w:rPr>
          <w:rFonts w:ascii="Times New Roman" w:hAnsi="Times New Roman" w:cs="Times New Roman"/>
          <w:b w:val="0"/>
          <w:bCs w:val="0"/>
          <w:color w:val="000000" w:themeColor="text1"/>
          <w:sz w:val="24"/>
          <w:szCs w:val="24"/>
          <w:lang w:val="hu-HU"/>
        </w:rPr>
      </w:pPr>
      <w:r w:rsidRPr="007057DA">
        <w:rPr>
          <w:rFonts w:ascii="Times New Roman" w:hAnsi="Times New Roman" w:cs="Times New Roman"/>
          <w:b w:val="0"/>
          <w:bCs w:val="0"/>
          <w:color w:val="000000" w:themeColor="text1"/>
          <w:sz w:val="24"/>
          <w:szCs w:val="24"/>
          <w:lang w:val="hu-HU"/>
        </w:rPr>
        <w:t>Martonvásár Város Önkormányzatának felkérése alapján.</w:t>
      </w:r>
    </w:p>
    <w:p w14:paraId="08D420ED" w14:textId="08F90C19" w:rsidR="007057DA" w:rsidRPr="007057DA" w:rsidRDefault="007057DA" w:rsidP="00117DA2">
      <w:pPr>
        <w:pStyle w:val="Cmsor2"/>
        <w:spacing w:line="276" w:lineRule="auto"/>
        <w:rPr>
          <w:rFonts w:ascii="Times New Roman" w:hAnsi="Times New Roman" w:cs="Times New Roman"/>
          <w:b w:val="0"/>
          <w:bCs w:val="0"/>
          <w:color w:val="000000" w:themeColor="text1"/>
          <w:sz w:val="24"/>
          <w:szCs w:val="24"/>
          <w:lang w:val="hu-HU"/>
        </w:rPr>
      </w:pPr>
      <w:r w:rsidRPr="007057DA">
        <w:rPr>
          <w:rFonts w:ascii="Times New Roman" w:hAnsi="Times New Roman" w:cs="Times New Roman"/>
          <w:b w:val="0"/>
          <w:bCs w:val="0"/>
          <w:color w:val="000000" w:themeColor="text1"/>
          <w:sz w:val="24"/>
          <w:szCs w:val="24"/>
          <w:lang w:val="hu-HU"/>
        </w:rPr>
        <w:t>(3) Új tag felvételére elsősorban abban az esetben kerülhet sor, amennyiben a Műhelyben tagsági hely szabadul fel. Tagsági hely akkor tekintendő megüresedettnek, ha valamely tag tagsági jogviszonya lemondás, kizárás, vagy egyéb, a tagság megszűnését eredményező ok miatt megszűnik.</w:t>
      </w:r>
    </w:p>
    <w:p w14:paraId="4CFFD0AE" w14:textId="77777777" w:rsidR="007057DA" w:rsidRPr="007057DA" w:rsidRDefault="007057DA" w:rsidP="00117DA2">
      <w:pPr>
        <w:pStyle w:val="Cmsor2"/>
        <w:spacing w:line="276" w:lineRule="auto"/>
        <w:rPr>
          <w:rFonts w:ascii="Times New Roman" w:hAnsi="Times New Roman" w:cs="Times New Roman"/>
          <w:b w:val="0"/>
          <w:bCs w:val="0"/>
          <w:color w:val="000000" w:themeColor="text1"/>
          <w:sz w:val="24"/>
          <w:szCs w:val="24"/>
          <w:lang w:val="hu-HU"/>
        </w:rPr>
      </w:pPr>
      <w:r w:rsidRPr="007057DA">
        <w:rPr>
          <w:rFonts w:ascii="Times New Roman" w:hAnsi="Times New Roman" w:cs="Times New Roman"/>
          <w:b w:val="0"/>
          <w:bCs w:val="0"/>
          <w:color w:val="000000" w:themeColor="text1"/>
          <w:sz w:val="24"/>
          <w:szCs w:val="24"/>
          <w:lang w:val="hu-HU"/>
        </w:rPr>
        <w:t>(4) A megüresedett tagsági hely betöltéséről a Műhely a soron következő rendes ülésén, vagy indokolt esetben rendkívüli ülésén dönt.</w:t>
      </w:r>
    </w:p>
    <w:p w14:paraId="0CF57FFA" w14:textId="77777777" w:rsidR="007057DA" w:rsidRPr="007057DA" w:rsidRDefault="007057DA" w:rsidP="00117DA2">
      <w:pPr>
        <w:pStyle w:val="Cmsor2"/>
        <w:spacing w:line="276" w:lineRule="auto"/>
        <w:rPr>
          <w:rFonts w:ascii="Times New Roman" w:hAnsi="Times New Roman" w:cs="Times New Roman"/>
          <w:b w:val="0"/>
          <w:bCs w:val="0"/>
          <w:color w:val="000000" w:themeColor="text1"/>
          <w:sz w:val="24"/>
          <w:szCs w:val="24"/>
          <w:lang w:val="hu-HU"/>
        </w:rPr>
      </w:pPr>
      <w:r w:rsidRPr="007057DA">
        <w:rPr>
          <w:rFonts w:ascii="Times New Roman" w:hAnsi="Times New Roman" w:cs="Times New Roman"/>
          <w:b w:val="0"/>
          <w:bCs w:val="0"/>
          <w:color w:val="000000" w:themeColor="text1"/>
          <w:sz w:val="24"/>
          <w:szCs w:val="24"/>
          <w:lang w:val="hu-HU"/>
        </w:rPr>
        <w:t>(5) Az új tag felvételéről a jelen lévő tagok egyszerű szótöbbséggel, nyílt szavazással döntenek, figyelembe véve a jelentkező szakmai tapasztalatát, helyi kötődését, valamint azt, hogy tevékenységével miként tudja támogatni a Műhely céljainak megvalósítását.</w:t>
      </w:r>
    </w:p>
    <w:p w14:paraId="4A26DAF4" w14:textId="5A018FDE" w:rsidR="0013032A" w:rsidRPr="0013032A" w:rsidRDefault="007057DA" w:rsidP="00117DA2">
      <w:pPr>
        <w:pStyle w:val="Cmsor2"/>
        <w:spacing w:line="276" w:lineRule="auto"/>
        <w:rPr>
          <w:rFonts w:ascii="Times New Roman" w:hAnsi="Times New Roman" w:cs="Times New Roman"/>
          <w:b w:val="0"/>
          <w:bCs w:val="0"/>
          <w:color w:val="000000" w:themeColor="text1"/>
          <w:sz w:val="24"/>
          <w:szCs w:val="24"/>
          <w:lang w:val="hu-HU"/>
        </w:rPr>
      </w:pPr>
      <w:r w:rsidRPr="007057DA">
        <w:rPr>
          <w:rFonts w:ascii="Times New Roman" w:hAnsi="Times New Roman" w:cs="Times New Roman"/>
          <w:b w:val="0"/>
          <w:bCs w:val="0"/>
          <w:color w:val="000000" w:themeColor="text1"/>
          <w:sz w:val="24"/>
          <w:szCs w:val="24"/>
          <w:lang w:val="hu-HU"/>
        </w:rPr>
        <w:t>(6) Az új tag tagsági jogviszonya a felvételről szóló döntés meghozatalának napján jön létre.</w:t>
      </w:r>
      <w:r w:rsidRPr="00117DA2">
        <w:rPr>
          <w:rFonts w:ascii="Times New Roman" w:hAnsi="Times New Roman" w:cs="Times New Roman"/>
          <w:b w:val="0"/>
          <w:bCs w:val="0"/>
          <w:color w:val="000000" w:themeColor="text1"/>
          <w:sz w:val="24"/>
          <w:szCs w:val="24"/>
          <w:lang w:val="hu-HU"/>
        </w:rPr>
        <w:t xml:space="preserve"> </w:t>
      </w:r>
      <w:r w:rsidR="0013032A" w:rsidRPr="0013032A">
        <w:rPr>
          <w:rFonts w:ascii="Times New Roman" w:hAnsi="Times New Roman" w:cs="Times New Roman"/>
          <w:b w:val="0"/>
          <w:bCs w:val="0"/>
          <w:color w:val="000000" w:themeColor="text1"/>
          <w:sz w:val="24"/>
          <w:szCs w:val="24"/>
          <w:lang w:val="hu-HU"/>
        </w:rPr>
        <w:t>A tagság feltétele a jelen szabályzat elfogadása.</w:t>
      </w:r>
    </w:p>
    <w:p w14:paraId="4FAA8D45" w14:textId="77777777" w:rsidR="0013032A" w:rsidRPr="0013032A" w:rsidRDefault="0013032A"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VI. Tisztségek</w:t>
      </w:r>
    </w:p>
    <w:p w14:paraId="5CFA669B" w14:textId="77777777" w:rsidR="0013032A" w:rsidRPr="0013032A" w:rsidRDefault="0013032A"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Műhely az alábbi tisztségeket működteti:</w:t>
      </w:r>
    </w:p>
    <w:p w14:paraId="0D3F40A6" w14:textId="0E9B79DE" w:rsidR="0013032A" w:rsidRPr="00117DA2" w:rsidRDefault="0013032A" w:rsidP="00117DA2">
      <w:pPr>
        <w:pStyle w:val="Cmsor2"/>
        <w:numPr>
          <w:ilvl w:val="0"/>
          <w:numId w:val="30"/>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Műhelyvezető</w:t>
      </w:r>
    </w:p>
    <w:p w14:paraId="5B636160" w14:textId="3452B1FE" w:rsidR="007057DA" w:rsidRPr="00117DA2" w:rsidRDefault="007057DA" w:rsidP="00117DA2">
      <w:pPr>
        <w:spacing w:line="276" w:lineRule="auto"/>
        <w:rPr>
          <w:rFonts w:ascii="Times New Roman" w:hAnsi="Times New Roman" w:cs="Times New Roman"/>
          <w:sz w:val="24"/>
          <w:szCs w:val="24"/>
          <w:lang w:val="hu-HU"/>
        </w:rPr>
      </w:pPr>
      <w:r w:rsidRPr="00117DA2">
        <w:rPr>
          <w:rFonts w:ascii="Times New Roman" w:hAnsi="Times New Roman" w:cs="Times New Roman"/>
          <w:sz w:val="24"/>
          <w:szCs w:val="24"/>
          <w:lang w:val="hu-HU"/>
        </w:rPr>
        <w:t>A pozíciót betölti: ………………………………………………… (határozatlan időre)</w:t>
      </w:r>
    </w:p>
    <w:p w14:paraId="3217BD43" w14:textId="57495BC6" w:rsidR="007057DA" w:rsidRPr="0013032A" w:rsidRDefault="007057DA" w:rsidP="00117DA2">
      <w:pPr>
        <w:spacing w:line="276" w:lineRule="auto"/>
        <w:rPr>
          <w:rFonts w:ascii="Times New Roman" w:hAnsi="Times New Roman" w:cs="Times New Roman"/>
          <w:sz w:val="24"/>
          <w:szCs w:val="24"/>
          <w:lang w:val="hu-HU"/>
        </w:rPr>
      </w:pPr>
      <w:r w:rsidRPr="00117DA2">
        <w:rPr>
          <w:rFonts w:ascii="Times New Roman" w:hAnsi="Times New Roman" w:cs="Times New Roman"/>
          <w:sz w:val="24"/>
          <w:szCs w:val="24"/>
          <w:lang w:val="hu-HU"/>
        </w:rPr>
        <w:t>Helyettesíti: ………………………………………………… (határozatlan időre)</w:t>
      </w:r>
    </w:p>
    <w:p w14:paraId="4E9FC8D7" w14:textId="77777777" w:rsidR="0013032A" w:rsidRPr="0013032A" w:rsidRDefault="0013032A"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lastRenderedPageBreak/>
        <w:t>Feladata:</w:t>
      </w:r>
    </w:p>
    <w:p w14:paraId="62E8C435" w14:textId="77777777" w:rsidR="0013032A" w:rsidRPr="0013032A" w:rsidRDefault="0013032A" w:rsidP="00117DA2">
      <w:pPr>
        <w:pStyle w:val="Cmsor2"/>
        <w:numPr>
          <w:ilvl w:val="0"/>
          <w:numId w:val="32"/>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az ülések vezetése;</w:t>
      </w:r>
    </w:p>
    <w:p w14:paraId="16BC18DF" w14:textId="6EA91F88" w:rsidR="0013032A" w:rsidRPr="0013032A" w:rsidRDefault="0013032A" w:rsidP="00117DA2">
      <w:pPr>
        <w:pStyle w:val="Cmsor2"/>
        <w:numPr>
          <w:ilvl w:val="0"/>
          <w:numId w:val="32"/>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 xml:space="preserve">napirend </w:t>
      </w:r>
      <w:r w:rsidR="007057DA" w:rsidRPr="00117DA2">
        <w:rPr>
          <w:rFonts w:ascii="Times New Roman" w:hAnsi="Times New Roman" w:cs="Times New Roman"/>
          <w:b w:val="0"/>
          <w:bCs w:val="0"/>
          <w:color w:val="000000" w:themeColor="text1"/>
          <w:sz w:val="24"/>
          <w:szCs w:val="24"/>
          <w:lang w:val="hu-HU"/>
        </w:rPr>
        <w:t>ismertetése és betartatása;</w:t>
      </w:r>
    </w:p>
    <w:p w14:paraId="4912E0E7" w14:textId="77777777" w:rsidR="0013032A" w:rsidRPr="0013032A" w:rsidRDefault="0013032A" w:rsidP="00117DA2">
      <w:pPr>
        <w:pStyle w:val="Cmsor2"/>
        <w:numPr>
          <w:ilvl w:val="0"/>
          <w:numId w:val="32"/>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Műhely képviselete;</w:t>
      </w:r>
    </w:p>
    <w:p w14:paraId="744AD91A" w14:textId="6A5D0FE9" w:rsidR="0013032A" w:rsidRPr="0013032A" w:rsidRDefault="0013032A" w:rsidP="00117DA2">
      <w:pPr>
        <w:pStyle w:val="Cmsor2"/>
        <w:numPr>
          <w:ilvl w:val="0"/>
          <w:numId w:val="32"/>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munkafolyamatok koordinálása</w:t>
      </w:r>
      <w:r w:rsidR="007057DA" w:rsidRPr="00117DA2">
        <w:rPr>
          <w:rFonts w:ascii="Times New Roman" w:hAnsi="Times New Roman" w:cs="Times New Roman"/>
          <w:b w:val="0"/>
          <w:bCs w:val="0"/>
          <w:color w:val="000000" w:themeColor="text1"/>
          <w:sz w:val="24"/>
          <w:szCs w:val="24"/>
          <w:lang w:val="hu-HU"/>
        </w:rPr>
        <w:t>, szavazás indítása és lezárása</w:t>
      </w:r>
      <w:r w:rsidRPr="0013032A">
        <w:rPr>
          <w:rFonts w:ascii="Times New Roman" w:hAnsi="Times New Roman" w:cs="Times New Roman"/>
          <w:b w:val="0"/>
          <w:bCs w:val="0"/>
          <w:color w:val="000000" w:themeColor="text1"/>
          <w:sz w:val="24"/>
          <w:szCs w:val="24"/>
          <w:lang w:val="hu-HU"/>
        </w:rPr>
        <w:t>;</w:t>
      </w:r>
    </w:p>
    <w:p w14:paraId="342C1EAA" w14:textId="4D30849B" w:rsidR="007057DA" w:rsidRPr="00117DA2" w:rsidRDefault="0013032A" w:rsidP="00117DA2">
      <w:pPr>
        <w:pStyle w:val="Cmsor2"/>
        <w:numPr>
          <w:ilvl w:val="0"/>
          <w:numId w:val="32"/>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 xml:space="preserve">kapcsolattartás az önkormányzati </w:t>
      </w:r>
      <w:r w:rsidR="007057DA" w:rsidRPr="00117DA2">
        <w:rPr>
          <w:rFonts w:ascii="Times New Roman" w:hAnsi="Times New Roman" w:cs="Times New Roman"/>
          <w:b w:val="0"/>
          <w:bCs w:val="0"/>
          <w:color w:val="000000" w:themeColor="text1"/>
          <w:sz w:val="24"/>
          <w:szCs w:val="24"/>
          <w:lang w:val="hu-HU"/>
        </w:rPr>
        <w:t>képviselővel</w:t>
      </w:r>
      <w:r w:rsidRPr="0013032A">
        <w:rPr>
          <w:rFonts w:ascii="Times New Roman" w:hAnsi="Times New Roman" w:cs="Times New Roman"/>
          <w:b w:val="0"/>
          <w:bCs w:val="0"/>
          <w:color w:val="000000" w:themeColor="text1"/>
          <w:sz w:val="24"/>
          <w:szCs w:val="24"/>
          <w:lang w:val="hu-HU"/>
        </w:rPr>
        <w:t>.</w:t>
      </w:r>
    </w:p>
    <w:p w14:paraId="3C76A61D" w14:textId="2124C883" w:rsidR="0013032A" w:rsidRPr="00117DA2" w:rsidRDefault="0013032A" w:rsidP="00117DA2">
      <w:pPr>
        <w:pStyle w:val="Cmsor2"/>
        <w:numPr>
          <w:ilvl w:val="0"/>
          <w:numId w:val="30"/>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Titkár</w:t>
      </w:r>
    </w:p>
    <w:p w14:paraId="127075BD" w14:textId="77777777" w:rsidR="007057DA" w:rsidRPr="00117DA2" w:rsidRDefault="007057DA" w:rsidP="00117DA2">
      <w:pPr>
        <w:spacing w:line="276" w:lineRule="auto"/>
        <w:rPr>
          <w:rFonts w:ascii="Times New Roman" w:eastAsiaTheme="majorEastAsia" w:hAnsi="Times New Roman" w:cs="Times New Roman"/>
          <w:color w:val="000000" w:themeColor="text1"/>
          <w:sz w:val="24"/>
          <w:szCs w:val="24"/>
          <w:lang w:val="hu-HU"/>
        </w:rPr>
      </w:pPr>
      <w:r w:rsidRPr="00117DA2">
        <w:rPr>
          <w:rFonts w:ascii="Times New Roman" w:hAnsi="Times New Roman" w:cs="Times New Roman"/>
          <w:sz w:val="24"/>
          <w:szCs w:val="24"/>
          <w:lang w:val="hu-HU"/>
        </w:rPr>
        <w:t xml:space="preserve">A pozíciót </w:t>
      </w:r>
      <w:proofErr w:type="gramStart"/>
      <w:r w:rsidRPr="00117DA2">
        <w:rPr>
          <w:rFonts w:ascii="Times New Roman" w:hAnsi="Times New Roman" w:cs="Times New Roman"/>
          <w:sz w:val="24"/>
          <w:szCs w:val="24"/>
          <w:lang w:val="hu-HU"/>
        </w:rPr>
        <w:t>betölti:…</w:t>
      </w:r>
      <w:proofErr w:type="gramEnd"/>
      <w:r w:rsidRPr="00117DA2">
        <w:rPr>
          <w:rFonts w:ascii="Times New Roman" w:hAnsi="Times New Roman" w:cs="Times New Roman"/>
          <w:sz w:val="24"/>
          <w:szCs w:val="24"/>
          <w:lang w:val="hu-HU"/>
        </w:rPr>
        <w:t>……………………………………………… (határozatlan időre)</w:t>
      </w:r>
      <w:r w:rsidR="0013032A" w:rsidRPr="0013032A">
        <w:rPr>
          <w:rFonts w:ascii="Times New Roman" w:eastAsiaTheme="majorEastAsia" w:hAnsi="Times New Roman" w:cs="Times New Roman"/>
          <w:color w:val="000000" w:themeColor="text1"/>
          <w:sz w:val="24"/>
          <w:szCs w:val="24"/>
          <w:lang w:val="hu-HU"/>
        </w:rPr>
        <w:t xml:space="preserve"> Titkár a Műhely adminisztratív és operatív működésének felelőse.</w:t>
      </w:r>
    </w:p>
    <w:p w14:paraId="6A6B49CF" w14:textId="045A2CAC" w:rsidR="0013032A" w:rsidRPr="00117DA2" w:rsidRDefault="0013032A" w:rsidP="00117DA2">
      <w:pPr>
        <w:spacing w:line="276" w:lineRule="auto"/>
        <w:rPr>
          <w:rFonts w:ascii="Times New Roman" w:eastAsiaTheme="majorEastAsia" w:hAnsi="Times New Roman" w:cs="Times New Roman"/>
          <w:color w:val="000000" w:themeColor="text1"/>
          <w:sz w:val="24"/>
          <w:szCs w:val="24"/>
          <w:lang w:val="hu-HU"/>
        </w:rPr>
      </w:pPr>
      <w:r w:rsidRPr="0013032A">
        <w:rPr>
          <w:rFonts w:ascii="Times New Roman" w:eastAsiaTheme="majorEastAsia" w:hAnsi="Times New Roman" w:cs="Times New Roman"/>
          <w:color w:val="000000" w:themeColor="text1"/>
          <w:sz w:val="24"/>
          <w:szCs w:val="24"/>
          <w:lang w:val="hu-HU"/>
        </w:rPr>
        <w:t>Feladata különösen:</w:t>
      </w:r>
    </w:p>
    <w:p w14:paraId="1CB69155" w14:textId="77777777" w:rsidR="007057DA" w:rsidRPr="00117DA2" w:rsidRDefault="0013032A" w:rsidP="00117DA2">
      <w:pPr>
        <w:pStyle w:val="Listaszerbekezds"/>
        <w:numPr>
          <w:ilvl w:val="0"/>
          <w:numId w:val="31"/>
        </w:numPr>
        <w:tabs>
          <w:tab w:val="left" w:pos="1227"/>
        </w:tabs>
        <w:spacing w:line="276" w:lineRule="auto"/>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az ülések előkészítése;</w:t>
      </w:r>
    </w:p>
    <w:p w14:paraId="43517A5E" w14:textId="77777777" w:rsidR="007057DA" w:rsidRPr="00117DA2" w:rsidRDefault="0013032A" w:rsidP="00117DA2">
      <w:pPr>
        <w:pStyle w:val="Listaszerbekezds"/>
        <w:numPr>
          <w:ilvl w:val="0"/>
          <w:numId w:val="31"/>
        </w:numPr>
        <w:tabs>
          <w:tab w:val="left" w:pos="1227"/>
        </w:tabs>
        <w:spacing w:line="276" w:lineRule="auto"/>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napirend összeállításának koordinálása;</w:t>
      </w:r>
    </w:p>
    <w:p w14:paraId="1D224AB7" w14:textId="77777777" w:rsidR="007057DA" w:rsidRPr="00117DA2" w:rsidRDefault="0013032A" w:rsidP="00117DA2">
      <w:pPr>
        <w:pStyle w:val="Listaszerbekezds"/>
        <w:numPr>
          <w:ilvl w:val="0"/>
          <w:numId w:val="31"/>
        </w:numPr>
        <w:tabs>
          <w:tab w:val="left" w:pos="1227"/>
        </w:tabs>
        <w:spacing w:line="276" w:lineRule="auto"/>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hivatalos levelezés;</w:t>
      </w:r>
    </w:p>
    <w:p w14:paraId="53903606" w14:textId="77777777" w:rsidR="007057DA" w:rsidRPr="00117DA2" w:rsidRDefault="0013032A" w:rsidP="00117DA2">
      <w:pPr>
        <w:pStyle w:val="Listaszerbekezds"/>
        <w:numPr>
          <w:ilvl w:val="0"/>
          <w:numId w:val="31"/>
        </w:numPr>
        <w:tabs>
          <w:tab w:val="left" w:pos="1227"/>
        </w:tabs>
        <w:spacing w:line="276" w:lineRule="auto"/>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hivatalos e-mail kezelése;</w:t>
      </w:r>
    </w:p>
    <w:p w14:paraId="6A7764AB" w14:textId="77777777" w:rsidR="007057DA" w:rsidRPr="00117DA2" w:rsidRDefault="0013032A" w:rsidP="00117DA2">
      <w:pPr>
        <w:pStyle w:val="Listaszerbekezds"/>
        <w:numPr>
          <w:ilvl w:val="0"/>
          <w:numId w:val="31"/>
        </w:numPr>
        <w:tabs>
          <w:tab w:val="left" w:pos="1227"/>
        </w:tabs>
        <w:spacing w:line="276" w:lineRule="auto"/>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kapcsolattartás az Önkormányzattal;</w:t>
      </w:r>
    </w:p>
    <w:p w14:paraId="5E7EDC49" w14:textId="77777777" w:rsidR="007057DA" w:rsidRPr="00117DA2" w:rsidRDefault="0013032A" w:rsidP="00117DA2">
      <w:pPr>
        <w:pStyle w:val="Listaszerbekezds"/>
        <w:numPr>
          <w:ilvl w:val="0"/>
          <w:numId w:val="31"/>
        </w:numPr>
        <w:tabs>
          <w:tab w:val="left" w:pos="1227"/>
        </w:tabs>
        <w:spacing w:line="276" w:lineRule="auto"/>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jegyzőkönyvek elkészítése;</w:t>
      </w:r>
    </w:p>
    <w:p w14:paraId="1D172898" w14:textId="77777777" w:rsidR="007057DA" w:rsidRPr="00117DA2" w:rsidRDefault="0013032A" w:rsidP="00117DA2">
      <w:pPr>
        <w:pStyle w:val="Listaszerbekezds"/>
        <w:numPr>
          <w:ilvl w:val="0"/>
          <w:numId w:val="31"/>
        </w:numPr>
        <w:tabs>
          <w:tab w:val="left" w:pos="1227"/>
        </w:tabs>
        <w:spacing w:line="276" w:lineRule="auto"/>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jelenléti ívek kezelése;</w:t>
      </w:r>
    </w:p>
    <w:p w14:paraId="228B948D" w14:textId="77777777" w:rsidR="007057DA" w:rsidRPr="00117DA2" w:rsidRDefault="0013032A" w:rsidP="00117DA2">
      <w:pPr>
        <w:pStyle w:val="Listaszerbekezds"/>
        <w:numPr>
          <w:ilvl w:val="0"/>
          <w:numId w:val="31"/>
        </w:numPr>
        <w:tabs>
          <w:tab w:val="left" w:pos="1227"/>
        </w:tabs>
        <w:spacing w:line="276" w:lineRule="auto"/>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feladatlisták vezetése;</w:t>
      </w:r>
    </w:p>
    <w:p w14:paraId="65E06AEB" w14:textId="77777777" w:rsidR="007057DA" w:rsidRPr="00117DA2" w:rsidRDefault="0013032A" w:rsidP="00117DA2">
      <w:pPr>
        <w:pStyle w:val="Listaszerbekezds"/>
        <w:numPr>
          <w:ilvl w:val="0"/>
          <w:numId w:val="31"/>
        </w:numPr>
        <w:tabs>
          <w:tab w:val="left" w:pos="1227"/>
        </w:tabs>
        <w:spacing w:line="276" w:lineRule="auto"/>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határidők figyelemmel kísérése;</w:t>
      </w:r>
    </w:p>
    <w:p w14:paraId="3891DFCE" w14:textId="77777777" w:rsidR="007057DA" w:rsidRPr="00117DA2" w:rsidRDefault="0013032A" w:rsidP="00117DA2">
      <w:pPr>
        <w:pStyle w:val="Listaszerbekezds"/>
        <w:numPr>
          <w:ilvl w:val="0"/>
          <w:numId w:val="31"/>
        </w:numPr>
        <w:tabs>
          <w:tab w:val="left" w:pos="1227"/>
        </w:tabs>
        <w:spacing w:line="276" w:lineRule="auto"/>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programok adminisztratív előkészítése;</w:t>
      </w:r>
    </w:p>
    <w:p w14:paraId="1C8E402F" w14:textId="77777777" w:rsidR="007057DA" w:rsidRPr="00117DA2" w:rsidRDefault="0013032A" w:rsidP="00117DA2">
      <w:pPr>
        <w:pStyle w:val="Listaszerbekezds"/>
        <w:numPr>
          <w:ilvl w:val="0"/>
          <w:numId w:val="31"/>
        </w:numPr>
        <w:tabs>
          <w:tab w:val="left" w:pos="1227"/>
        </w:tabs>
        <w:spacing w:line="276" w:lineRule="auto"/>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pályázati lehetőségek továbbítása;</w:t>
      </w:r>
    </w:p>
    <w:p w14:paraId="1466DAF8" w14:textId="77777777" w:rsidR="007057DA" w:rsidRPr="00117DA2" w:rsidRDefault="0013032A" w:rsidP="00117DA2">
      <w:pPr>
        <w:pStyle w:val="Listaszerbekezds"/>
        <w:numPr>
          <w:ilvl w:val="0"/>
          <w:numId w:val="31"/>
        </w:numPr>
        <w:tabs>
          <w:tab w:val="left" w:pos="1227"/>
        </w:tabs>
        <w:spacing w:line="276" w:lineRule="auto"/>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hivatalos iratok kezelése;</w:t>
      </w:r>
    </w:p>
    <w:p w14:paraId="73959D54" w14:textId="77777777" w:rsidR="007057DA" w:rsidRPr="00117DA2" w:rsidRDefault="0013032A" w:rsidP="00117DA2">
      <w:pPr>
        <w:pStyle w:val="Listaszerbekezds"/>
        <w:numPr>
          <w:ilvl w:val="0"/>
          <w:numId w:val="31"/>
        </w:numPr>
        <w:tabs>
          <w:tab w:val="left" w:pos="1227"/>
        </w:tabs>
        <w:spacing w:line="276" w:lineRule="auto"/>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logóhasználat ellenőrzése;</w:t>
      </w:r>
    </w:p>
    <w:p w14:paraId="2EEE9242" w14:textId="2F7218E8" w:rsidR="007057DA" w:rsidRPr="00117DA2" w:rsidRDefault="0013032A" w:rsidP="00117DA2">
      <w:pPr>
        <w:pStyle w:val="Listaszerbekezds"/>
        <w:numPr>
          <w:ilvl w:val="0"/>
          <w:numId w:val="31"/>
        </w:numPr>
        <w:tabs>
          <w:tab w:val="left" w:pos="1227"/>
        </w:tabs>
        <w:spacing w:line="276" w:lineRule="auto"/>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adatkezelési szabályok betartása.</w:t>
      </w:r>
    </w:p>
    <w:p w14:paraId="6F82232D" w14:textId="18B98555" w:rsidR="007057DA" w:rsidRPr="00117DA2" w:rsidRDefault="0013032A" w:rsidP="00117DA2">
      <w:pPr>
        <w:tabs>
          <w:tab w:val="left" w:pos="1227"/>
        </w:tabs>
        <w:spacing w:line="276" w:lineRule="auto"/>
        <w:rPr>
          <w:rFonts w:ascii="Times New Roman" w:hAnsi="Times New Roman" w:cs="Times New Roman"/>
          <w:color w:val="000000" w:themeColor="text1"/>
          <w:sz w:val="24"/>
          <w:szCs w:val="24"/>
          <w:lang w:val="hu-HU"/>
        </w:rPr>
      </w:pPr>
      <w:r w:rsidRPr="00117DA2">
        <w:rPr>
          <w:rFonts w:ascii="Times New Roman" w:hAnsi="Times New Roman" w:cs="Times New Roman"/>
          <w:color w:val="000000" w:themeColor="text1"/>
          <w:sz w:val="24"/>
          <w:szCs w:val="24"/>
          <w:lang w:val="hu-HU"/>
        </w:rPr>
        <w:t>A Titkár biztosítja a Műhely működésének folyamatosságát.</w:t>
      </w:r>
      <w:r w:rsidR="007F62DB">
        <w:rPr>
          <w:rFonts w:ascii="Times New Roman" w:hAnsi="Times New Roman" w:cs="Times New Roman"/>
          <w:color w:val="000000" w:themeColor="text1"/>
          <w:sz w:val="24"/>
          <w:szCs w:val="24"/>
          <w:lang w:val="hu-HU"/>
        </w:rPr>
        <w:t xml:space="preserve"> A Titkárt az Önkormányzat jelöli ki.</w:t>
      </w:r>
      <w:r w:rsidR="00E408EC">
        <w:rPr>
          <w:rFonts w:ascii="Times New Roman" w:hAnsi="Times New Roman" w:cs="Times New Roman"/>
          <w:color w:val="000000" w:themeColor="text1"/>
          <w:sz w:val="24"/>
          <w:szCs w:val="24"/>
          <w:lang w:val="hu-HU"/>
        </w:rPr>
        <w:t xml:space="preserve"> A Műhelyen a Titkár nélkül zajló munka az Önkormányzat felé nem hatályos, az Önkormányzat az így kialakuló álláspontokat, programokat </w:t>
      </w:r>
      <w:proofErr w:type="spellStart"/>
      <w:r w:rsidR="00E408EC">
        <w:rPr>
          <w:rFonts w:ascii="Times New Roman" w:hAnsi="Times New Roman" w:cs="Times New Roman"/>
          <w:color w:val="000000" w:themeColor="text1"/>
          <w:sz w:val="24"/>
          <w:szCs w:val="24"/>
          <w:lang w:val="hu-HU"/>
        </w:rPr>
        <w:t>sbt</w:t>
      </w:r>
      <w:proofErr w:type="spellEnd"/>
      <w:r w:rsidR="00E408EC">
        <w:rPr>
          <w:rFonts w:ascii="Times New Roman" w:hAnsi="Times New Roman" w:cs="Times New Roman"/>
          <w:color w:val="000000" w:themeColor="text1"/>
          <w:sz w:val="24"/>
          <w:szCs w:val="24"/>
          <w:lang w:val="hu-HU"/>
        </w:rPr>
        <w:t xml:space="preserve">. nem tudja saját eljárásában érvényre juttatni. </w:t>
      </w:r>
    </w:p>
    <w:p w14:paraId="7CC1AE91" w14:textId="786E09D7" w:rsidR="007057DA" w:rsidRPr="00117DA2" w:rsidRDefault="006D3EFC" w:rsidP="00117DA2">
      <w:pPr>
        <w:pStyle w:val="Listaszerbekezds"/>
        <w:numPr>
          <w:ilvl w:val="0"/>
          <w:numId w:val="30"/>
        </w:numPr>
        <w:tabs>
          <w:tab w:val="left" w:pos="1227"/>
        </w:tabs>
        <w:spacing w:line="276" w:lineRule="auto"/>
        <w:rPr>
          <w:rFonts w:ascii="Times New Roman" w:eastAsiaTheme="majorEastAsia" w:hAnsi="Times New Roman" w:cs="Times New Roman"/>
          <w:color w:val="000000" w:themeColor="text1"/>
          <w:sz w:val="24"/>
          <w:szCs w:val="24"/>
          <w:lang w:val="hu-HU"/>
        </w:rPr>
      </w:pPr>
      <w:r>
        <w:rPr>
          <w:rFonts w:ascii="Times New Roman" w:eastAsiaTheme="majorEastAsia" w:hAnsi="Times New Roman" w:cs="Times New Roman"/>
          <w:color w:val="000000" w:themeColor="text1"/>
          <w:sz w:val="24"/>
          <w:szCs w:val="24"/>
          <w:lang w:val="hu-HU"/>
        </w:rPr>
        <w:t>Műhelyvezető-helyettes</w:t>
      </w:r>
    </w:p>
    <w:p w14:paraId="310C3ABB" w14:textId="51B2BFBD" w:rsidR="007057DA" w:rsidRPr="00117DA2" w:rsidRDefault="007057DA" w:rsidP="00117DA2">
      <w:pPr>
        <w:spacing w:line="276" w:lineRule="auto"/>
        <w:rPr>
          <w:rFonts w:ascii="Times New Roman" w:hAnsi="Times New Roman" w:cs="Times New Roman"/>
          <w:sz w:val="24"/>
          <w:szCs w:val="24"/>
          <w:lang w:val="hu-HU"/>
        </w:rPr>
      </w:pPr>
      <w:r w:rsidRPr="00117DA2">
        <w:rPr>
          <w:rFonts w:ascii="Times New Roman" w:hAnsi="Times New Roman" w:cs="Times New Roman"/>
          <w:sz w:val="24"/>
          <w:szCs w:val="24"/>
          <w:lang w:val="hu-HU"/>
        </w:rPr>
        <w:t xml:space="preserve">A pozíciót </w:t>
      </w:r>
      <w:proofErr w:type="gramStart"/>
      <w:r w:rsidRPr="00117DA2">
        <w:rPr>
          <w:rFonts w:ascii="Times New Roman" w:hAnsi="Times New Roman" w:cs="Times New Roman"/>
          <w:sz w:val="24"/>
          <w:szCs w:val="24"/>
          <w:lang w:val="hu-HU"/>
        </w:rPr>
        <w:t>betölti:…</w:t>
      </w:r>
      <w:proofErr w:type="gramEnd"/>
      <w:r w:rsidRPr="00117DA2">
        <w:rPr>
          <w:rFonts w:ascii="Times New Roman" w:hAnsi="Times New Roman" w:cs="Times New Roman"/>
          <w:sz w:val="24"/>
          <w:szCs w:val="24"/>
          <w:lang w:val="hu-HU"/>
        </w:rPr>
        <w:t>……………………………………………… (határozatlan időre)</w:t>
      </w:r>
    </w:p>
    <w:p w14:paraId="69A44C67" w14:textId="77777777" w:rsidR="007057DA" w:rsidRPr="00117DA2" w:rsidRDefault="0013032A" w:rsidP="00117DA2">
      <w:pPr>
        <w:tabs>
          <w:tab w:val="left" w:pos="1227"/>
        </w:tabs>
        <w:spacing w:line="276" w:lineRule="auto"/>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Feladata:</w:t>
      </w:r>
    </w:p>
    <w:p w14:paraId="0888D6C8" w14:textId="35FEE87B" w:rsidR="007057DA" w:rsidRPr="00117DA2" w:rsidRDefault="006D3EFC" w:rsidP="00117DA2">
      <w:pPr>
        <w:pStyle w:val="Listaszerbekezds"/>
        <w:numPr>
          <w:ilvl w:val="0"/>
          <w:numId w:val="33"/>
        </w:numPr>
        <w:tabs>
          <w:tab w:val="left" w:pos="1227"/>
        </w:tabs>
        <w:spacing w:line="276" w:lineRule="auto"/>
        <w:rPr>
          <w:rFonts w:ascii="Times New Roman" w:eastAsiaTheme="majorEastAsia" w:hAnsi="Times New Roman" w:cs="Times New Roman"/>
          <w:color w:val="000000" w:themeColor="text1"/>
          <w:sz w:val="24"/>
          <w:szCs w:val="24"/>
          <w:lang w:val="hu-HU"/>
        </w:rPr>
      </w:pPr>
      <w:r>
        <w:rPr>
          <w:rFonts w:ascii="Times New Roman" w:eastAsiaTheme="majorEastAsia" w:hAnsi="Times New Roman" w:cs="Times New Roman"/>
          <w:color w:val="000000" w:themeColor="text1"/>
          <w:sz w:val="24"/>
          <w:szCs w:val="24"/>
          <w:lang w:val="hu-HU"/>
        </w:rPr>
        <w:t>a Műhelyvezető munkájának segítése</w:t>
      </w:r>
      <w:r w:rsidR="0013032A" w:rsidRPr="00117DA2">
        <w:rPr>
          <w:rFonts w:ascii="Times New Roman" w:eastAsiaTheme="majorEastAsia" w:hAnsi="Times New Roman" w:cs="Times New Roman"/>
          <w:color w:val="000000" w:themeColor="text1"/>
          <w:sz w:val="24"/>
          <w:szCs w:val="24"/>
          <w:lang w:val="hu-HU"/>
        </w:rPr>
        <w:t>;</w:t>
      </w:r>
    </w:p>
    <w:p w14:paraId="011AE1ED" w14:textId="26E7FECA" w:rsidR="007057DA" w:rsidRPr="00117DA2" w:rsidRDefault="006D3EFC" w:rsidP="00117DA2">
      <w:pPr>
        <w:pStyle w:val="Listaszerbekezds"/>
        <w:numPr>
          <w:ilvl w:val="0"/>
          <w:numId w:val="33"/>
        </w:numPr>
        <w:tabs>
          <w:tab w:val="left" w:pos="1227"/>
        </w:tabs>
        <w:spacing w:line="276" w:lineRule="auto"/>
        <w:rPr>
          <w:rFonts w:ascii="Times New Roman" w:eastAsiaTheme="majorEastAsia" w:hAnsi="Times New Roman" w:cs="Times New Roman"/>
          <w:color w:val="000000" w:themeColor="text1"/>
          <w:sz w:val="24"/>
          <w:szCs w:val="24"/>
          <w:lang w:val="hu-HU"/>
        </w:rPr>
      </w:pPr>
      <w:r w:rsidRPr="006D3EFC">
        <w:rPr>
          <w:rFonts w:ascii="Times New Roman" w:eastAsiaTheme="majorEastAsia" w:hAnsi="Times New Roman" w:cs="Times New Roman"/>
          <w:color w:val="000000" w:themeColor="text1"/>
          <w:sz w:val="24"/>
          <w:szCs w:val="24"/>
          <w:lang w:val="hu-HU"/>
        </w:rPr>
        <w:t>a Műhelyvezető akadályoztatása esetén az ülések vezetése</w:t>
      </w:r>
      <w:r w:rsidR="0013032A" w:rsidRPr="00117DA2">
        <w:rPr>
          <w:rFonts w:ascii="Times New Roman" w:eastAsiaTheme="majorEastAsia" w:hAnsi="Times New Roman" w:cs="Times New Roman"/>
          <w:color w:val="000000" w:themeColor="text1"/>
          <w:sz w:val="24"/>
          <w:szCs w:val="24"/>
          <w:lang w:val="hu-HU"/>
        </w:rPr>
        <w:t>;</w:t>
      </w:r>
    </w:p>
    <w:p w14:paraId="37C9E003" w14:textId="187A1E92" w:rsidR="00117DA2" w:rsidRDefault="006D3EFC" w:rsidP="00DF269B">
      <w:pPr>
        <w:pStyle w:val="Listaszerbekezds"/>
        <w:numPr>
          <w:ilvl w:val="0"/>
          <w:numId w:val="33"/>
        </w:numPr>
        <w:tabs>
          <w:tab w:val="left" w:pos="1227"/>
        </w:tabs>
        <w:rPr>
          <w:rFonts w:ascii="Times New Roman" w:eastAsiaTheme="majorEastAsia" w:hAnsi="Times New Roman" w:cs="Times New Roman"/>
          <w:color w:val="000000" w:themeColor="text1"/>
          <w:sz w:val="24"/>
          <w:szCs w:val="24"/>
          <w:lang w:val="hu-HU"/>
        </w:rPr>
      </w:pPr>
      <w:r>
        <w:rPr>
          <w:rFonts w:ascii="Times New Roman" w:eastAsiaTheme="majorEastAsia" w:hAnsi="Times New Roman" w:cs="Times New Roman"/>
          <w:color w:val="000000" w:themeColor="text1"/>
          <w:sz w:val="24"/>
          <w:szCs w:val="24"/>
          <w:lang w:val="hu-HU"/>
        </w:rPr>
        <w:t>napirendi pontok ismertetése és betartatása</w:t>
      </w:r>
      <w:r w:rsidR="0013032A" w:rsidRPr="00117DA2">
        <w:rPr>
          <w:rFonts w:ascii="Times New Roman" w:eastAsiaTheme="majorEastAsia" w:hAnsi="Times New Roman" w:cs="Times New Roman"/>
          <w:color w:val="000000" w:themeColor="text1"/>
          <w:sz w:val="24"/>
          <w:szCs w:val="24"/>
          <w:lang w:val="hu-HU"/>
        </w:rPr>
        <w:t>;</w:t>
      </w:r>
    </w:p>
    <w:p w14:paraId="6F83F576" w14:textId="1E27D8E3" w:rsidR="00117DA2" w:rsidRDefault="006D3EFC" w:rsidP="00CA3B50">
      <w:pPr>
        <w:pStyle w:val="Listaszerbekezds"/>
        <w:numPr>
          <w:ilvl w:val="0"/>
          <w:numId w:val="33"/>
        </w:numPr>
        <w:tabs>
          <w:tab w:val="left" w:pos="1227"/>
        </w:tabs>
        <w:rPr>
          <w:rFonts w:ascii="Times New Roman" w:eastAsiaTheme="majorEastAsia" w:hAnsi="Times New Roman" w:cs="Times New Roman"/>
          <w:color w:val="000000" w:themeColor="text1"/>
          <w:sz w:val="24"/>
          <w:szCs w:val="24"/>
          <w:lang w:val="hu-HU"/>
        </w:rPr>
      </w:pPr>
      <w:r>
        <w:rPr>
          <w:rFonts w:ascii="Times New Roman" w:eastAsiaTheme="majorEastAsia" w:hAnsi="Times New Roman" w:cs="Times New Roman"/>
          <w:color w:val="000000" w:themeColor="text1"/>
          <w:sz w:val="24"/>
          <w:szCs w:val="24"/>
          <w:lang w:val="hu-HU"/>
        </w:rPr>
        <w:lastRenderedPageBreak/>
        <w:t>munkafolyamatok koordinációja;</w:t>
      </w:r>
    </w:p>
    <w:p w14:paraId="29E2333C" w14:textId="4D4BE768" w:rsidR="00117DA2" w:rsidRDefault="006D3EFC" w:rsidP="00117DA2">
      <w:pPr>
        <w:pStyle w:val="Listaszerbekezds"/>
        <w:numPr>
          <w:ilvl w:val="0"/>
          <w:numId w:val="33"/>
        </w:numPr>
        <w:tabs>
          <w:tab w:val="left" w:pos="1227"/>
        </w:tabs>
        <w:rPr>
          <w:rFonts w:ascii="Times New Roman" w:eastAsiaTheme="majorEastAsia" w:hAnsi="Times New Roman" w:cs="Times New Roman"/>
          <w:color w:val="000000" w:themeColor="text1"/>
          <w:sz w:val="24"/>
          <w:szCs w:val="24"/>
          <w:lang w:val="hu-HU"/>
        </w:rPr>
      </w:pPr>
      <w:r>
        <w:rPr>
          <w:rFonts w:ascii="Times New Roman" w:eastAsiaTheme="majorEastAsia" w:hAnsi="Times New Roman" w:cs="Times New Roman"/>
          <w:color w:val="000000" w:themeColor="text1"/>
          <w:sz w:val="24"/>
          <w:szCs w:val="24"/>
          <w:lang w:val="hu-HU"/>
        </w:rPr>
        <w:t>kapcsolattartás, közösségi kommunikáció</w:t>
      </w:r>
    </w:p>
    <w:p w14:paraId="60283B60" w14:textId="77777777" w:rsidR="00117DA2" w:rsidRPr="00117DA2" w:rsidRDefault="00117DA2" w:rsidP="00117DA2">
      <w:pPr>
        <w:pStyle w:val="Listaszerbekezds"/>
        <w:tabs>
          <w:tab w:val="left" w:pos="1227"/>
        </w:tabs>
        <w:rPr>
          <w:rFonts w:ascii="Times New Roman" w:eastAsiaTheme="majorEastAsia" w:hAnsi="Times New Roman" w:cs="Times New Roman"/>
          <w:color w:val="000000" w:themeColor="text1"/>
          <w:sz w:val="24"/>
          <w:szCs w:val="24"/>
          <w:lang w:val="hu-HU"/>
        </w:rPr>
      </w:pPr>
    </w:p>
    <w:p w14:paraId="58B856F7" w14:textId="463FC8B8" w:rsidR="00117DA2" w:rsidRPr="00117DA2" w:rsidRDefault="0013032A" w:rsidP="00117DA2">
      <w:pPr>
        <w:pStyle w:val="Listaszerbekezds"/>
        <w:numPr>
          <w:ilvl w:val="0"/>
          <w:numId w:val="30"/>
        </w:numPr>
        <w:tabs>
          <w:tab w:val="left" w:pos="1227"/>
        </w:tabs>
        <w:spacing w:line="360" w:lineRule="auto"/>
        <w:contextualSpacing w:val="0"/>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Tanácstagok</w:t>
      </w:r>
    </w:p>
    <w:p w14:paraId="5D514D99" w14:textId="77777777" w:rsidR="004675A9" w:rsidRDefault="004675A9" w:rsidP="00117DA2">
      <w:pPr>
        <w:tabs>
          <w:tab w:val="left" w:pos="1227"/>
        </w:tabs>
        <w:spacing w:line="360" w:lineRule="auto"/>
        <w:ind w:left="360"/>
        <w:rPr>
          <w:rFonts w:ascii="Times New Roman" w:eastAsiaTheme="majorEastAsia" w:hAnsi="Times New Roman" w:cs="Times New Roman"/>
          <w:color w:val="000000" w:themeColor="text1"/>
          <w:sz w:val="24"/>
          <w:szCs w:val="24"/>
          <w:lang w:val="hu-HU"/>
        </w:rPr>
      </w:pPr>
      <w:r w:rsidRPr="00117DA2">
        <w:rPr>
          <w:rFonts w:ascii="Times New Roman" w:eastAsiaTheme="majorEastAsia" w:hAnsi="Times New Roman" w:cs="Times New Roman"/>
          <w:color w:val="000000" w:themeColor="text1"/>
          <w:sz w:val="24"/>
          <w:szCs w:val="24"/>
          <w:lang w:val="hu-HU"/>
        </w:rPr>
        <w:t>Feladataik</w:t>
      </w:r>
      <w:r>
        <w:rPr>
          <w:rFonts w:ascii="Times New Roman" w:eastAsiaTheme="majorEastAsia" w:hAnsi="Times New Roman" w:cs="Times New Roman"/>
          <w:color w:val="000000" w:themeColor="text1"/>
          <w:sz w:val="24"/>
          <w:szCs w:val="24"/>
          <w:lang w:val="hu-HU"/>
        </w:rPr>
        <w:t>:</w:t>
      </w:r>
    </w:p>
    <w:p w14:paraId="2D05E550" w14:textId="77777777" w:rsidR="004675A9" w:rsidRDefault="004675A9" w:rsidP="004675A9">
      <w:pPr>
        <w:pStyle w:val="Cmsor2"/>
        <w:numPr>
          <w:ilvl w:val="0"/>
          <w:numId w:val="18"/>
        </w:numPr>
        <w:spacing w:line="276" w:lineRule="auto"/>
        <w:rPr>
          <w:rFonts w:ascii="Times New Roman" w:hAnsi="Times New Roman" w:cs="Times New Roman"/>
          <w:b w:val="0"/>
          <w:bCs w:val="0"/>
          <w:color w:val="000000" w:themeColor="text1"/>
          <w:sz w:val="24"/>
          <w:szCs w:val="24"/>
          <w:lang w:val="hu-HU"/>
        </w:rPr>
      </w:pPr>
      <w:r>
        <w:rPr>
          <w:rFonts w:ascii="Times New Roman" w:hAnsi="Times New Roman" w:cs="Times New Roman"/>
          <w:b w:val="0"/>
          <w:bCs w:val="0"/>
          <w:color w:val="000000" w:themeColor="text1"/>
          <w:sz w:val="24"/>
          <w:szCs w:val="24"/>
          <w:lang w:val="hu-HU"/>
        </w:rPr>
        <w:t xml:space="preserve"> s</w:t>
      </w:r>
      <w:r w:rsidRPr="0013032A">
        <w:rPr>
          <w:rFonts w:ascii="Times New Roman" w:hAnsi="Times New Roman" w:cs="Times New Roman"/>
          <w:b w:val="0"/>
          <w:bCs w:val="0"/>
          <w:color w:val="000000" w:themeColor="text1"/>
          <w:sz w:val="24"/>
          <w:szCs w:val="24"/>
          <w:lang w:val="hu-HU"/>
        </w:rPr>
        <w:t>zakmai javaslatok kidolgozása</w:t>
      </w:r>
      <w:r w:rsidRPr="00117DA2">
        <w:rPr>
          <w:rFonts w:ascii="Times New Roman" w:hAnsi="Times New Roman" w:cs="Times New Roman"/>
          <w:b w:val="0"/>
          <w:bCs w:val="0"/>
          <w:color w:val="000000" w:themeColor="text1"/>
          <w:sz w:val="24"/>
          <w:szCs w:val="24"/>
          <w:lang w:val="hu-HU"/>
        </w:rPr>
        <w:t xml:space="preserve">, </w:t>
      </w:r>
      <w:r w:rsidRPr="007F62DB">
        <w:rPr>
          <w:rFonts w:ascii="Times New Roman" w:hAnsi="Times New Roman" w:cs="Times New Roman"/>
          <w:b w:val="0"/>
          <w:bCs w:val="0"/>
          <w:color w:val="000000" w:themeColor="text1"/>
          <w:sz w:val="24"/>
          <w:szCs w:val="24"/>
          <w:lang w:val="hu-HU"/>
        </w:rPr>
        <w:t>ötletek megfogalmazása</w:t>
      </w:r>
      <w:r w:rsidRPr="004675A9">
        <w:rPr>
          <w:rFonts w:ascii="Times New Roman" w:hAnsi="Times New Roman" w:cs="Times New Roman"/>
          <w:b w:val="0"/>
          <w:bCs w:val="0"/>
          <w:color w:val="000000" w:themeColor="text1"/>
          <w:sz w:val="24"/>
          <w:szCs w:val="24"/>
          <w:lang w:val="hu-HU"/>
        </w:rPr>
        <w:t xml:space="preserve"> </w:t>
      </w:r>
    </w:p>
    <w:p w14:paraId="104BCF8E" w14:textId="63F444F2" w:rsidR="004675A9" w:rsidRPr="0013032A" w:rsidRDefault="004675A9" w:rsidP="004675A9">
      <w:pPr>
        <w:pStyle w:val="Cmsor2"/>
        <w:numPr>
          <w:ilvl w:val="0"/>
          <w:numId w:val="18"/>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véleményezések készítése;</w:t>
      </w:r>
    </w:p>
    <w:p w14:paraId="47663C5F" w14:textId="77777777" w:rsidR="004675A9" w:rsidRPr="0013032A" w:rsidRDefault="004675A9" w:rsidP="004675A9">
      <w:pPr>
        <w:pStyle w:val="Cmsor2"/>
        <w:numPr>
          <w:ilvl w:val="0"/>
          <w:numId w:val="18"/>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lakossági bejelentések értékelése;</w:t>
      </w:r>
    </w:p>
    <w:p w14:paraId="69660021" w14:textId="6CF1ED90" w:rsidR="007F62DB" w:rsidRDefault="004675A9" w:rsidP="007F62DB">
      <w:pPr>
        <w:pStyle w:val="Cmsor2"/>
        <w:numPr>
          <w:ilvl w:val="0"/>
          <w:numId w:val="18"/>
        </w:numPr>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szavazásokban való részvétel;</w:t>
      </w:r>
      <w:r w:rsidR="0004120F">
        <w:rPr>
          <w:rFonts w:ascii="Times New Roman" w:hAnsi="Times New Roman" w:cs="Times New Roman"/>
          <w:b w:val="0"/>
          <w:bCs w:val="0"/>
          <w:color w:val="000000" w:themeColor="text1"/>
          <w:sz w:val="24"/>
          <w:szCs w:val="24"/>
          <w:lang w:val="hu-HU"/>
        </w:rPr>
        <w:t xml:space="preserve"> </w:t>
      </w:r>
      <w:r w:rsidRPr="0004120F">
        <w:rPr>
          <w:rFonts w:ascii="Times New Roman" w:hAnsi="Times New Roman" w:cs="Times New Roman"/>
          <w:b w:val="0"/>
          <w:bCs w:val="0"/>
          <w:color w:val="000000" w:themeColor="text1"/>
          <w:sz w:val="24"/>
          <w:szCs w:val="24"/>
          <w:lang w:val="hu-HU"/>
        </w:rPr>
        <w:t>projektek szakmai támogatása.</w:t>
      </w:r>
      <w:r w:rsidRPr="0004120F">
        <w:rPr>
          <w:rFonts w:ascii="Times New Roman" w:hAnsi="Times New Roman" w:cs="Times New Roman"/>
          <w:color w:val="000000" w:themeColor="text1"/>
          <w:sz w:val="24"/>
          <w:szCs w:val="24"/>
          <w:lang w:val="hu-HU"/>
        </w:rPr>
        <w:t xml:space="preserve"> </w:t>
      </w:r>
    </w:p>
    <w:p w14:paraId="10E23AB9" w14:textId="77777777" w:rsidR="007F62DB" w:rsidRPr="007F62DB" w:rsidRDefault="007F62DB" w:rsidP="007F62DB">
      <w:pPr>
        <w:rPr>
          <w:lang w:val="hu-HU"/>
        </w:rPr>
      </w:pPr>
    </w:p>
    <w:p w14:paraId="42593227" w14:textId="683E6BA6" w:rsidR="00B66DCD" w:rsidRPr="007F62DB" w:rsidRDefault="006D3EFC" w:rsidP="007F62DB">
      <w:pPr>
        <w:pStyle w:val="Listaszerbekezds"/>
        <w:numPr>
          <w:ilvl w:val="0"/>
          <w:numId w:val="30"/>
        </w:numPr>
        <w:spacing w:line="276" w:lineRule="auto"/>
        <w:rPr>
          <w:rFonts w:ascii="Times New Roman" w:hAnsi="Times New Roman" w:cs="Times New Roman"/>
          <w:sz w:val="24"/>
          <w:szCs w:val="24"/>
          <w:lang w:val="hu-HU"/>
        </w:rPr>
      </w:pPr>
      <w:r>
        <w:rPr>
          <w:rFonts w:ascii="Times New Roman" w:hAnsi="Times New Roman" w:cs="Times New Roman"/>
          <w:sz w:val="24"/>
          <w:szCs w:val="24"/>
          <w:lang w:val="hu-HU"/>
        </w:rPr>
        <w:t>Tanácstag (</w:t>
      </w:r>
      <w:r w:rsidR="007F62DB" w:rsidRPr="007F62DB">
        <w:rPr>
          <w:rFonts w:ascii="Times New Roman" w:hAnsi="Times New Roman" w:cs="Times New Roman"/>
          <w:sz w:val="24"/>
          <w:szCs w:val="24"/>
          <w:lang w:val="hu-HU"/>
        </w:rPr>
        <w:t>Zöldfelület gondozó</w:t>
      </w:r>
      <w:r>
        <w:rPr>
          <w:rFonts w:ascii="Times New Roman" w:hAnsi="Times New Roman" w:cs="Times New Roman"/>
          <w:sz w:val="24"/>
          <w:szCs w:val="24"/>
          <w:lang w:val="hu-HU"/>
        </w:rPr>
        <w:t>)</w:t>
      </w:r>
    </w:p>
    <w:p w14:paraId="073DBF2E" w14:textId="51F3782A" w:rsidR="007F62DB" w:rsidRDefault="007F62DB" w:rsidP="007F62DB">
      <w:pPr>
        <w:spacing w:line="276" w:lineRule="auto"/>
        <w:ind w:left="360"/>
        <w:rPr>
          <w:rFonts w:ascii="Times New Roman" w:hAnsi="Times New Roman" w:cs="Times New Roman"/>
          <w:sz w:val="24"/>
          <w:szCs w:val="24"/>
          <w:lang w:val="hu-HU"/>
        </w:rPr>
      </w:pPr>
      <w:r w:rsidRPr="007F62DB">
        <w:rPr>
          <w:rFonts w:ascii="Times New Roman" w:hAnsi="Times New Roman" w:cs="Times New Roman"/>
          <w:sz w:val="24"/>
          <w:szCs w:val="24"/>
          <w:lang w:val="hu-HU"/>
        </w:rPr>
        <w:t>Feladata:</w:t>
      </w:r>
    </w:p>
    <w:p w14:paraId="415C237D" w14:textId="77777777" w:rsidR="002355AA" w:rsidRDefault="007F62DB" w:rsidP="00C42115">
      <w:pPr>
        <w:pStyle w:val="Listaszerbekezds"/>
        <w:numPr>
          <w:ilvl w:val="0"/>
          <w:numId w:val="38"/>
        </w:numPr>
        <w:spacing w:line="276" w:lineRule="auto"/>
        <w:ind w:left="360"/>
        <w:rPr>
          <w:rFonts w:ascii="Times New Roman" w:hAnsi="Times New Roman" w:cs="Times New Roman"/>
          <w:sz w:val="24"/>
          <w:szCs w:val="24"/>
          <w:lang w:val="hu-HU"/>
        </w:rPr>
      </w:pPr>
      <w:r w:rsidRPr="002355AA">
        <w:rPr>
          <w:rFonts w:ascii="Times New Roman" w:hAnsi="Times New Roman" w:cs="Times New Roman"/>
          <w:sz w:val="24"/>
          <w:szCs w:val="24"/>
          <w:lang w:val="hu-HU"/>
        </w:rPr>
        <w:t>Önkormányzati zöldfelületek mindenkori gondozása</w:t>
      </w:r>
    </w:p>
    <w:p w14:paraId="57B7F715" w14:textId="77777777" w:rsidR="002355AA" w:rsidRDefault="00B66DCD" w:rsidP="002355AA">
      <w:pPr>
        <w:spacing w:line="276" w:lineRule="auto"/>
        <w:rPr>
          <w:rFonts w:ascii="Times New Roman" w:hAnsi="Times New Roman" w:cs="Times New Roman"/>
          <w:sz w:val="24"/>
          <w:szCs w:val="24"/>
          <w:lang w:val="hu-HU"/>
        </w:rPr>
      </w:pPr>
      <w:r w:rsidRPr="002355AA">
        <w:rPr>
          <w:rFonts w:ascii="Times New Roman" w:hAnsi="Times New Roman" w:cs="Times New Roman"/>
          <w:sz w:val="24"/>
          <w:szCs w:val="24"/>
          <w:lang w:val="hu-HU"/>
        </w:rPr>
        <w:t>A Műhely tisztségviselőit főszabály szerint a Műhely tagjai választják meg – majdnem minden esetben – szavazás útján. Amennyiben a szavazás eredményeként nem születik egyértelmű, lezárható döntés, az adott tisztség betöltésére az Önkormányzat jelöli ki a megfelelő személyt a Műhely tagjai közül.</w:t>
      </w:r>
    </w:p>
    <w:p w14:paraId="409D4873" w14:textId="77777777" w:rsidR="002355AA" w:rsidRDefault="004675A9" w:rsidP="002355AA">
      <w:pPr>
        <w:spacing w:line="276" w:lineRule="auto"/>
        <w:rPr>
          <w:rFonts w:ascii="Times New Roman" w:hAnsi="Times New Roman" w:cs="Times New Roman"/>
          <w:b/>
          <w:bCs/>
          <w:color w:val="000000" w:themeColor="text1"/>
          <w:sz w:val="24"/>
          <w:szCs w:val="24"/>
          <w:lang w:val="hu-HU"/>
        </w:rPr>
      </w:pPr>
      <w:r w:rsidRPr="002355AA">
        <w:rPr>
          <w:rFonts w:ascii="Times New Roman" w:hAnsi="Times New Roman" w:cs="Times New Roman"/>
          <w:b/>
          <w:bCs/>
          <w:color w:val="000000" w:themeColor="text1"/>
          <w:sz w:val="24"/>
          <w:szCs w:val="24"/>
          <w:lang w:val="hu-HU"/>
        </w:rPr>
        <w:t>VII. A Műhely működése</w:t>
      </w:r>
    </w:p>
    <w:p w14:paraId="470701F0" w14:textId="77777777" w:rsidR="002355AA" w:rsidRDefault="004675A9" w:rsidP="002355AA">
      <w:pPr>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A rendes ülések időpontja</w:t>
      </w:r>
      <w:r w:rsidR="002355AA">
        <w:rPr>
          <w:rFonts w:ascii="Times New Roman" w:hAnsi="Times New Roman" w:cs="Times New Roman"/>
          <w:color w:val="000000" w:themeColor="text1"/>
          <w:sz w:val="24"/>
          <w:szCs w:val="24"/>
          <w:lang w:val="hu-HU"/>
        </w:rPr>
        <w:t>:</w:t>
      </w:r>
    </w:p>
    <w:p w14:paraId="7193F047" w14:textId="77777777" w:rsidR="002355AA" w:rsidRDefault="004675A9" w:rsidP="002355AA">
      <w:pPr>
        <w:spacing w:line="276" w:lineRule="auto"/>
        <w:jc w:val="center"/>
        <w:rPr>
          <w:rFonts w:ascii="Times New Roman" w:hAnsi="Times New Roman" w:cs="Times New Roman"/>
          <w:color w:val="000000" w:themeColor="text1"/>
          <w:sz w:val="24"/>
          <w:szCs w:val="24"/>
          <w:u w:val="single"/>
          <w:lang w:val="hu-HU"/>
        </w:rPr>
      </w:pPr>
      <w:r w:rsidRPr="0013032A">
        <w:rPr>
          <w:rFonts w:ascii="Times New Roman" w:hAnsi="Times New Roman" w:cs="Times New Roman"/>
          <w:color w:val="000000" w:themeColor="text1"/>
          <w:sz w:val="24"/>
          <w:szCs w:val="24"/>
          <w:u w:val="single"/>
          <w:lang w:val="hu-HU"/>
        </w:rPr>
        <w:t>minden</w:t>
      </w:r>
      <w:r w:rsidRPr="00117DA2">
        <w:rPr>
          <w:rFonts w:ascii="Times New Roman" w:hAnsi="Times New Roman" w:cs="Times New Roman"/>
          <w:color w:val="000000" w:themeColor="text1"/>
          <w:sz w:val="24"/>
          <w:szCs w:val="24"/>
          <w:u w:val="single"/>
          <w:lang w:val="hu-HU"/>
        </w:rPr>
        <w:t xml:space="preserve"> hónap</w:t>
      </w:r>
      <w:r w:rsidRPr="0013032A">
        <w:rPr>
          <w:rFonts w:ascii="Times New Roman" w:hAnsi="Times New Roman" w:cs="Times New Roman"/>
          <w:color w:val="000000" w:themeColor="text1"/>
          <w:sz w:val="24"/>
          <w:szCs w:val="24"/>
          <w:u w:val="single"/>
          <w:lang w:val="hu-HU"/>
        </w:rPr>
        <w:t xml:space="preserve"> második </w:t>
      </w:r>
      <w:r w:rsidRPr="00117DA2">
        <w:rPr>
          <w:rFonts w:ascii="Times New Roman" w:hAnsi="Times New Roman" w:cs="Times New Roman"/>
          <w:color w:val="000000" w:themeColor="text1"/>
          <w:sz w:val="24"/>
          <w:szCs w:val="24"/>
          <w:u w:val="single"/>
          <w:lang w:val="hu-HU"/>
        </w:rPr>
        <w:t>csütörtökje</w:t>
      </w:r>
      <w:r w:rsidRPr="0013032A">
        <w:rPr>
          <w:rFonts w:ascii="Times New Roman" w:hAnsi="Times New Roman" w:cs="Times New Roman"/>
          <w:color w:val="000000" w:themeColor="text1"/>
          <w:sz w:val="24"/>
          <w:szCs w:val="24"/>
          <w:u w:val="single"/>
          <w:lang w:val="hu-HU"/>
        </w:rPr>
        <w:t xml:space="preserve"> </w:t>
      </w:r>
      <w:r w:rsidRPr="00117DA2">
        <w:rPr>
          <w:rFonts w:ascii="Times New Roman" w:hAnsi="Times New Roman" w:cs="Times New Roman"/>
          <w:color w:val="000000" w:themeColor="text1"/>
          <w:sz w:val="24"/>
          <w:szCs w:val="24"/>
          <w:u w:val="single"/>
          <w:lang w:val="hu-HU"/>
        </w:rPr>
        <w:t>16:30-tól 18:00-ig</w:t>
      </w:r>
    </w:p>
    <w:p w14:paraId="57B91056" w14:textId="6126923A" w:rsidR="002355AA" w:rsidRDefault="004675A9" w:rsidP="002355AA">
      <w:pPr>
        <w:spacing w:line="276" w:lineRule="auto"/>
        <w:rPr>
          <w:rFonts w:ascii="Times New Roman" w:hAnsi="Times New Roman" w:cs="Times New Roman"/>
          <w:b/>
          <w:bCs/>
          <w:color w:val="000000" w:themeColor="text1"/>
          <w:sz w:val="24"/>
          <w:szCs w:val="24"/>
          <w:lang w:val="hu-HU"/>
        </w:rPr>
      </w:pPr>
      <w:r w:rsidRPr="0013032A">
        <w:rPr>
          <w:rFonts w:ascii="Times New Roman" w:hAnsi="Times New Roman" w:cs="Times New Roman"/>
          <w:color w:val="000000" w:themeColor="text1"/>
          <w:sz w:val="24"/>
          <w:szCs w:val="24"/>
          <w:lang w:val="hu-HU"/>
        </w:rPr>
        <w:t>Szükség esetén rendkívüli ülés összehívható</w:t>
      </w:r>
      <w:r w:rsidR="007F62DB" w:rsidRPr="000E38C3">
        <w:rPr>
          <w:rFonts w:ascii="Times New Roman" w:hAnsi="Times New Roman" w:cs="Times New Roman"/>
          <w:color w:val="000000" w:themeColor="text1"/>
          <w:sz w:val="24"/>
          <w:szCs w:val="24"/>
          <w:lang w:val="hu-HU"/>
        </w:rPr>
        <w:t>, az ülés tervezett időpontja előtt 5 nappal</w:t>
      </w:r>
      <w:r w:rsidR="000E38C3">
        <w:rPr>
          <w:rFonts w:ascii="Times New Roman" w:hAnsi="Times New Roman" w:cs="Times New Roman"/>
          <w:color w:val="000000" w:themeColor="text1"/>
          <w:sz w:val="24"/>
          <w:szCs w:val="24"/>
          <w:lang w:val="hu-HU"/>
        </w:rPr>
        <w:t>.</w:t>
      </w:r>
    </w:p>
    <w:p w14:paraId="44A4CAB7" w14:textId="77777777" w:rsidR="000E38C3" w:rsidRDefault="004675A9" w:rsidP="000E38C3">
      <w:pPr>
        <w:spacing w:line="276" w:lineRule="auto"/>
        <w:rPr>
          <w:rFonts w:ascii="Times New Roman" w:hAnsi="Times New Roman" w:cs="Times New Roman"/>
          <w:b/>
          <w:bCs/>
          <w:color w:val="000000" w:themeColor="text1"/>
          <w:sz w:val="24"/>
          <w:szCs w:val="24"/>
          <w:lang w:val="hu-HU"/>
        </w:rPr>
      </w:pPr>
      <w:r w:rsidRPr="000E38C3">
        <w:rPr>
          <w:rFonts w:ascii="Times New Roman" w:hAnsi="Times New Roman" w:cs="Times New Roman"/>
          <w:b/>
          <w:bCs/>
          <w:color w:val="000000" w:themeColor="text1"/>
          <w:sz w:val="24"/>
          <w:szCs w:val="24"/>
          <w:lang w:val="hu-HU"/>
        </w:rPr>
        <w:t>VIII. Ülések napirendje</w:t>
      </w:r>
    </w:p>
    <w:p w14:paraId="31BC17AB" w14:textId="77777777" w:rsidR="000E38C3" w:rsidRDefault="004675A9" w:rsidP="000E38C3">
      <w:pPr>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Az ülés általános menete:</w:t>
      </w:r>
    </w:p>
    <w:p w14:paraId="1FA9FE46" w14:textId="77777777" w:rsidR="000E38C3" w:rsidRPr="000E38C3" w:rsidRDefault="004675A9" w:rsidP="000E38C3">
      <w:pPr>
        <w:pStyle w:val="Listaszerbekezds"/>
        <w:numPr>
          <w:ilvl w:val="0"/>
          <w:numId w:val="39"/>
        </w:numPr>
        <w:spacing w:line="276" w:lineRule="auto"/>
        <w:rPr>
          <w:rFonts w:ascii="Times New Roman" w:hAnsi="Times New Roman" w:cs="Times New Roman"/>
          <w:color w:val="000000" w:themeColor="text1"/>
          <w:sz w:val="24"/>
          <w:szCs w:val="24"/>
          <w:lang w:val="hu-HU"/>
        </w:rPr>
      </w:pPr>
      <w:r w:rsidRPr="000E38C3">
        <w:rPr>
          <w:rFonts w:ascii="Times New Roman" w:hAnsi="Times New Roman" w:cs="Times New Roman"/>
          <w:color w:val="000000" w:themeColor="text1"/>
          <w:sz w:val="24"/>
          <w:szCs w:val="24"/>
          <w:lang w:val="hu-HU"/>
        </w:rPr>
        <w:t>jelenléti ív</w:t>
      </w:r>
    </w:p>
    <w:p w14:paraId="61F89FE6" w14:textId="77777777" w:rsidR="000E38C3" w:rsidRPr="000E38C3" w:rsidRDefault="004675A9" w:rsidP="000E38C3">
      <w:pPr>
        <w:pStyle w:val="Listaszerbekezds"/>
        <w:numPr>
          <w:ilvl w:val="0"/>
          <w:numId w:val="39"/>
        </w:numPr>
        <w:spacing w:line="276" w:lineRule="auto"/>
        <w:rPr>
          <w:rFonts w:ascii="Times New Roman" w:hAnsi="Times New Roman" w:cs="Times New Roman"/>
          <w:color w:val="000000" w:themeColor="text1"/>
          <w:sz w:val="24"/>
          <w:szCs w:val="24"/>
          <w:lang w:val="hu-HU"/>
        </w:rPr>
      </w:pPr>
      <w:r w:rsidRPr="000E38C3">
        <w:rPr>
          <w:rFonts w:ascii="Times New Roman" w:hAnsi="Times New Roman" w:cs="Times New Roman"/>
          <w:color w:val="000000" w:themeColor="text1"/>
          <w:sz w:val="24"/>
          <w:szCs w:val="24"/>
          <w:lang w:val="hu-HU"/>
        </w:rPr>
        <w:t>napirend felolvasása, esetlegesen felmerülő kérdések megválaszolása</w:t>
      </w:r>
    </w:p>
    <w:p w14:paraId="7537FBDF" w14:textId="77777777" w:rsidR="000E38C3" w:rsidRPr="000E38C3" w:rsidRDefault="004675A9" w:rsidP="000E38C3">
      <w:pPr>
        <w:pStyle w:val="Listaszerbekezds"/>
        <w:numPr>
          <w:ilvl w:val="0"/>
          <w:numId w:val="39"/>
        </w:numPr>
        <w:spacing w:line="276" w:lineRule="auto"/>
        <w:rPr>
          <w:rFonts w:ascii="Times New Roman" w:hAnsi="Times New Roman" w:cs="Times New Roman"/>
          <w:color w:val="000000" w:themeColor="text1"/>
          <w:sz w:val="24"/>
          <w:szCs w:val="24"/>
          <w:lang w:val="hu-HU"/>
        </w:rPr>
      </w:pPr>
      <w:r w:rsidRPr="000E38C3">
        <w:rPr>
          <w:rFonts w:ascii="Times New Roman" w:hAnsi="Times New Roman" w:cs="Times New Roman"/>
          <w:color w:val="000000" w:themeColor="text1"/>
          <w:sz w:val="24"/>
          <w:szCs w:val="24"/>
          <w:lang w:val="hu-HU"/>
        </w:rPr>
        <w:t>lakossági bejelentések vizsgálata</w:t>
      </w:r>
    </w:p>
    <w:p w14:paraId="381C0D83" w14:textId="77777777" w:rsidR="000E38C3" w:rsidRPr="000E38C3" w:rsidRDefault="004675A9" w:rsidP="000E38C3">
      <w:pPr>
        <w:pStyle w:val="Listaszerbekezds"/>
        <w:numPr>
          <w:ilvl w:val="0"/>
          <w:numId w:val="39"/>
        </w:numPr>
        <w:spacing w:line="276" w:lineRule="auto"/>
        <w:rPr>
          <w:rFonts w:ascii="Times New Roman" w:hAnsi="Times New Roman" w:cs="Times New Roman"/>
          <w:color w:val="000000" w:themeColor="text1"/>
          <w:sz w:val="24"/>
          <w:szCs w:val="24"/>
          <w:lang w:val="hu-HU"/>
        </w:rPr>
      </w:pPr>
      <w:r w:rsidRPr="000E38C3">
        <w:rPr>
          <w:rFonts w:ascii="Times New Roman" w:hAnsi="Times New Roman" w:cs="Times New Roman"/>
          <w:color w:val="000000" w:themeColor="text1"/>
          <w:sz w:val="24"/>
          <w:szCs w:val="24"/>
          <w:lang w:val="hu-HU"/>
        </w:rPr>
        <w:t>aktuális projektek, programok kidolgozása</w:t>
      </w:r>
    </w:p>
    <w:p w14:paraId="77381BDA" w14:textId="77777777" w:rsidR="000E38C3" w:rsidRPr="000E38C3" w:rsidRDefault="004675A9" w:rsidP="000E38C3">
      <w:pPr>
        <w:pStyle w:val="Listaszerbekezds"/>
        <w:numPr>
          <w:ilvl w:val="0"/>
          <w:numId w:val="39"/>
        </w:numPr>
        <w:spacing w:line="276" w:lineRule="auto"/>
        <w:rPr>
          <w:rFonts w:ascii="Times New Roman" w:hAnsi="Times New Roman" w:cs="Times New Roman"/>
          <w:color w:val="000000" w:themeColor="text1"/>
          <w:sz w:val="24"/>
          <w:szCs w:val="24"/>
          <w:lang w:val="hu-HU"/>
        </w:rPr>
      </w:pPr>
      <w:r w:rsidRPr="000E38C3">
        <w:rPr>
          <w:rFonts w:ascii="Times New Roman" w:hAnsi="Times New Roman" w:cs="Times New Roman"/>
          <w:color w:val="000000" w:themeColor="text1"/>
          <w:sz w:val="24"/>
          <w:szCs w:val="24"/>
          <w:lang w:val="hu-HU"/>
        </w:rPr>
        <w:t>új javaslatok, következő ülés témájának meghatározása</w:t>
      </w:r>
    </w:p>
    <w:p w14:paraId="7E4B1909" w14:textId="77777777" w:rsidR="000E38C3" w:rsidRPr="000E38C3" w:rsidRDefault="004675A9" w:rsidP="000E38C3">
      <w:pPr>
        <w:pStyle w:val="Listaszerbekezds"/>
        <w:numPr>
          <w:ilvl w:val="0"/>
          <w:numId w:val="39"/>
        </w:numPr>
        <w:spacing w:line="276" w:lineRule="auto"/>
        <w:rPr>
          <w:rFonts w:ascii="Times New Roman" w:hAnsi="Times New Roman" w:cs="Times New Roman"/>
          <w:color w:val="000000" w:themeColor="text1"/>
          <w:sz w:val="24"/>
          <w:szCs w:val="24"/>
          <w:lang w:val="hu-HU"/>
        </w:rPr>
      </w:pPr>
      <w:r w:rsidRPr="000E38C3">
        <w:rPr>
          <w:rFonts w:ascii="Times New Roman" w:hAnsi="Times New Roman" w:cs="Times New Roman"/>
          <w:color w:val="000000" w:themeColor="text1"/>
          <w:sz w:val="24"/>
          <w:szCs w:val="24"/>
          <w:lang w:val="hu-HU"/>
        </w:rPr>
        <w:t>döntések, szavazások</w:t>
      </w:r>
    </w:p>
    <w:p w14:paraId="2CCDA392" w14:textId="77777777" w:rsidR="000E38C3" w:rsidRPr="000E38C3" w:rsidRDefault="004675A9" w:rsidP="000E38C3">
      <w:pPr>
        <w:pStyle w:val="Listaszerbekezds"/>
        <w:numPr>
          <w:ilvl w:val="0"/>
          <w:numId w:val="39"/>
        </w:numPr>
        <w:spacing w:line="276" w:lineRule="auto"/>
        <w:rPr>
          <w:rFonts w:ascii="Times New Roman" w:hAnsi="Times New Roman" w:cs="Times New Roman"/>
          <w:color w:val="000000" w:themeColor="text1"/>
          <w:sz w:val="24"/>
          <w:szCs w:val="24"/>
          <w:lang w:val="hu-HU"/>
        </w:rPr>
      </w:pPr>
      <w:r w:rsidRPr="000E38C3">
        <w:rPr>
          <w:rFonts w:ascii="Times New Roman" w:hAnsi="Times New Roman" w:cs="Times New Roman"/>
          <w:color w:val="000000" w:themeColor="text1"/>
          <w:sz w:val="24"/>
          <w:szCs w:val="24"/>
          <w:lang w:val="hu-HU"/>
        </w:rPr>
        <w:t>egyebek</w:t>
      </w:r>
    </w:p>
    <w:p w14:paraId="3C435098" w14:textId="3439E9DD" w:rsidR="00117DA2" w:rsidRPr="000E38C3" w:rsidRDefault="00117DA2" w:rsidP="000E38C3">
      <w:pPr>
        <w:spacing w:line="276" w:lineRule="auto"/>
        <w:rPr>
          <w:rFonts w:ascii="Times New Roman" w:hAnsi="Times New Roman" w:cs="Times New Roman"/>
          <w:b/>
          <w:bCs/>
          <w:color w:val="000000" w:themeColor="text1"/>
          <w:sz w:val="24"/>
          <w:szCs w:val="24"/>
          <w:lang w:val="hu-HU"/>
        </w:rPr>
      </w:pPr>
      <w:r w:rsidRPr="000E38C3">
        <w:rPr>
          <w:rFonts w:ascii="Times New Roman" w:hAnsi="Times New Roman" w:cs="Times New Roman"/>
          <w:b/>
          <w:bCs/>
          <w:color w:val="000000" w:themeColor="text1"/>
          <w:sz w:val="24"/>
          <w:szCs w:val="24"/>
          <w:lang w:val="hu-HU"/>
        </w:rPr>
        <w:t xml:space="preserve">IX. </w:t>
      </w:r>
      <w:r w:rsidR="00A8641E" w:rsidRPr="000E38C3">
        <w:rPr>
          <w:rFonts w:ascii="Times New Roman" w:hAnsi="Times New Roman" w:cs="Times New Roman"/>
          <w:b/>
          <w:bCs/>
          <w:color w:val="000000" w:themeColor="text1"/>
          <w:sz w:val="24"/>
          <w:szCs w:val="24"/>
          <w:lang w:val="hu-HU"/>
        </w:rPr>
        <w:t>Döntés</w:t>
      </w:r>
      <w:r w:rsidRPr="000E38C3">
        <w:rPr>
          <w:rFonts w:ascii="Times New Roman" w:hAnsi="Times New Roman" w:cs="Times New Roman"/>
          <w:b/>
          <w:bCs/>
          <w:color w:val="000000" w:themeColor="text1"/>
          <w:sz w:val="24"/>
          <w:szCs w:val="24"/>
          <w:lang w:val="hu-HU"/>
        </w:rPr>
        <w:t>képesség</w:t>
      </w:r>
    </w:p>
    <w:p w14:paraId="720472CF" w14:textId="204F12C4"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lastRenderedPageBreak/>
        <w:t xml:space="preserve">A Műhely akkor </w:t>
      </w:r>
      <w:r w:rsidR="00A8641E">
        <w:rPr>
          <w:rFonts w:ascii="Times New Roman" w:hAnsi="Times New Roman" w:cs="Times New Roman"/>
          <w:b w:val="0"/>
          <w:bCs w:val="0"/>
          <w:color w:val="000000" w:themeColor="text1"/>
          <w:sz w:val="24"/>
          <w:szCs w:val="24"/>
          <w:lang w:val="hu-HU"/>
        </w:rPr>
        <w:t>döntés</w:t>
      </w:r>
      <w:r w:rsidRPr="0013032A">
        <w:rPr>
          <w:rFonts w:ascii="Times New Roman" w:hAnsi="Times New Roman" w:cs="Times New Roman"/>
          <w:b w:val="0"/>
          <w:bCs w:val="0"/>
          <w:color w:val="000000" w:themeColor="text1"/>
          <w:sz w:val="24"/>
          <w:szCs w:val="24"/>
          <w:lang w:val="hu-HU"/>
        </w:rPr>
        <w:t>képes, ha tagjainak több mint fele jelen van.</w:t>
      </w:r>
    </w:p>
    <w:p w14:paraId="2FB5764C" w14:textId="77777777" w:rsidR="00117DA2" w:rsidRPr="0013032A" w:rsidRDefault="00117DA2"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X. Szavazás</w:t>
      </w:r>
    </w:p>
    <w:p w14:paraId="5F880844"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döntések egyszerű többséggel születnek.</w:t>
      </w:r>
    </w:p>
    <w:p w14:paraId="00B1FD90"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Szavazategyenlőség esetén a Műhelyvezető szavazata dönt.</w:t>
      </w:r>
    </w:p>
    <w:p w14:paraId="7819A4C7" w14:textId="2F081708" w:rsidR="00A8641E" w:rsidRDefault="004675A9" w:rsidP="00117DA2">
      <w:pPr>
        <w:pStyle w:val="Cmsor2"/>
        <w:spacing w:line="276" w:lineRule="auto"/>
        <w:rPr>
          <w:rFonts w:ascii="Times New Roman" w:hAnsi="Times New Roman" w:cs="Times New Roman"/>
          <w:b w:val="0"/>
          <w:bCs w:val="0"/>
          <w:color w:val="000000" w:themeColor="text1"/>
          <w:sz w:val="24"/>
          <w:szCs w:val="24"/>
          <w:lang w:val="hu-HU"/>
        </w:rPr>
      </w:pPr>
      <w:r>
        <w:rPr>
          <w:rFonts w:ascii="Times New Roman" w:hAnsi="Times New Roman" w:cs="Times New Roman"/>
          <w:b w:val="0"/>
          <w:bCs w:val="0"/>
          <w:color w:val="000000" w:themeColor="text1"/>
          <w:sz w:val="24"/>
          <w:szCs w:val="24"/>
          <w:lang w:val="hu-HU"/>
        </w:rPr>
        <w:t>Indokolt esetben</w:t>
      </w:r>
      <w:r w:rsidR="00117DA2" w:rsidRPr="0013032A">
        <w:rPr>
          <w:rFonts w:ascii="Times New Roman" w:hAnsi="Times New Roman" w:cs="Times New Roman"/>
          <w:b w:val="0"/>
          <w:bCs w:val="0"/>
          <w:color w:val="000000" w:themeColor="text1"/>
          <w:sz w:val="24"/>
          <w:szCs w:val="24"/>
          <w:lang w:val="hu-HU"/>
        </w:rPr>
        <w:t xml:space="preserve"> titkos szavazás is elrendelhető</w:t>
      </w:r>
      <w:r w:rsidR="007F62DB">
        <w:rPr>
          <w:rFonts w:ascii="Times New Roman" w:hAnsi="Times New Roman" w:cs="Times New Roman"/>
          <w:b w:val="0"/>
          <w:bCs w:val="0"/>
          <w:color w:val="000000" w:themeColor="text1"/>
          <w:sz w:val="24"/>
          <w:szCs w:val="24"/>
          <w:lang w:val="hu-HU"/>
        </w:rPr>
        <w:t>, melynek eljárásrendjét adott ügyre vonatkozóan a Műhely állapítja meg.</w:t>
      </w:r>
      <w:r w:rsidR="00A8641E">
        <w:rPr>
          <w:rFonts w:ascii="Times New Roman" w:hAnsi="Times New Roman" w:cs="Times New Roman"/>
          <w:b w:val="0"/>
          <w:bCs w:val="0"/>
          <w:color w:val="000000" w:themeColor="text1"/>
          <w:sz w:val="24"/>
          <w:szCs w:val="24"/>
          <w:lang w:val="hu-HU"/>
        </w:rPr>
        <w:t xml:space="preserve"> </w:t>
      </w:r>
    </w:p>
    <w:p w14:paraId="40C068F1" w14:textId="18040613" w:rsidR="00117DA2" w:rsidRPr="0013032A" w:rsidRDefault="00A8641E" w:rsidP="00117DA2">
      <w:pPr>
        <w:pStyle w:val="Cmsor2"/>
        <w:spacing w:line="276" w:lineRule="auto"/>
        <w:rPr>
          <w:rFonts w:ascii="Times New Roman" w:hAnsi="Times New Roman" w:cs="Times New Roman"/>
          <w:b w:val="0"/>
          <w:bCs w:val="0"/>
          <w:color w:val="000000" w:themeColor="text1"/>
          <w:sz w:val="24"/>
          <w:szCs w:val="24"/>
          <w:lang w:val="hu-HU"/>
        </w:rPr>
      </w:pPr>
      <w:r>
        <w:rPr>
          <w:rFonts w:ascii="Times New Roman" w:hAnsi="Times New Roman" w:cs="Times New Roman"/>
          <w:b w:val="0"/>
          <w:bCs w:val="0"/>
          <w:color w:val="000000" w:themeColor="text1"/>
          <w:sz w:val="24"/>
          <w:szCs w:val="24"/>
          <w:lang w:val="hu-HU"/>
        </w:rPr>
        <w:t>A Műhely Titkára nem vehet részt a szavazásban, kizárólag abban az esetben, ha arról egy Tanácstag előzőleg írásban fel nem hatalmazza.</w:t>
      </w:r>
    </w:p>
    <w:p w14:paraId="3086A996" w14:textId="77777777" w:rsidR="00117DA2" w:rsidRPr="0013032A" w:rsidRDefault="00117DA2"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XI. Jegyzőkönyv</w:t>
      </w:r>
    </w:p>
    <w:p w14:paraId="3924B6A2"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Minden ülésről jegyzőkönyv készül.</w:t>
      </w:r>
    </w:p>
    <w:p w14:paraId="507F4835"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Tartalmazza:</w:t>
      </w:r>
    </w:p>
    <w:p w14:paraId="3E01ED8C" w14:textId="77777777" w:rsidR="00117DA2" w:rsidRPr="0013032A" w:rsidRDefault="00117DA2" w:rsidP="00117DA2">
      <w:pPr>
        <w:pStyle w:val="Cmsor2"/>
        <w:numPr>
          <w:ilvl w:val="0"/>
          <w:numId w:val="2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időpont;</w:t>
      </w:r>
    </w:p>
    <w:p w14:paraId="6C6286CE" w14:textId="77777777" w:rsidR="00117DA2" w:rsidRPr="0013032A" w:rsidRDefault="00117DA2" w:rsidP="00117DA2">
      <w:pPr>
        <w:pStyle w:val="Cmsor2"/>
        <w:numPr>
          <w:ilvl w:val="0"/>
          <w:numId w:val="2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jelenlévők;</w:t>
      </w:r>
    </w:p>
    <w:p w14:paraId="1ADA8C24" w14:textId="77777777" w:rsidR="00117DA2" w:rsidRPr="0013032A" w:rsidRDefault="00117DA2" w:rsidP="00117DA2">
      <w:pPr>
        <w:pStyle w:val="Cmsor2"/>
        <w:numPr>
          <w:ilvl w:val="0"/>
          <w:numId w:val="2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napirend;</w:t>
      </w:r>
    </w:p>
    <w:p w14:paraId="4D3F0BEE" w14:textId="77777777" w:rsidR="00117DA2" w:rsidRPr="0013032A" w:rsidRDefault="00117DA2" w:rsidP="00117DA2">
      <w:pPr>
        <w:pStyle w:val="Cmsor2"/>
        <w:numPr>
          <w:ilvl w:val="0"/>
          <w:numId w:val="2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hozzászólások rövid összefoglalása;</w:t>
      </w:r>
    </w:p>
    <w:p w14:paraId="06B994E9" w14:textId="77777777" w:rsidR="00117DA2" w:rsidRPr="0013032A" w:rsidRDefault="00117DA2" w:rsidP="00117DA2">
      <w:pPr>
        <w:pStyle w:val="Cmsor2"/>
        <w:numPr>
          <w:ilvl w:val="0"/>
          <w:numId w:val="2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döntések;</w:t>
      </w:r>
    </w:p>
    <w:p w14:paraId="18927441" w14:textId="77777777" w:rsidR="00117DA2" w:rsidRPr="0013032A" w:rsidRDefault="00117DA2" w:rsidP="00117DA2">
      <w:pPr>
        <w:pStyle w:val="Cmsor2"/>
        <w:numPr>
          <w:ilvl w:val="0"/>
          <w:numId w:val="2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szavazati arányok;</w:t>
      </w:r>
    </w:p>
    <w:p w14:paraId="4582B1A3" w14:textId="77777777" w:rsidR="00117DA2" w:rsidRPr="0013032A" w:rsidRDefault="00117DA2" w:rsidP="00117DA2">
      <w:pPr>
        <w:pStyle w:val="Cmsor2"/>
        <w:numPr>
          <w:ilvl w:val="0"/>
          <w:numId w:val="2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határidők;</w:t>
      </w:r>
    </w:p>
    <w:p w14:paraId="41E593C1" w14:textId="77777777" w:rsidR="00117DA2" w:rsidRPr="0013032A" w:rsidRDefault="00117DA2" w:rsidP="00117DA2">
      <w:pPr>
        <w:pStyle w:val="Cmsor2"/>
        <w:numPr>
          <w:ilvl w:val="0"/>
          <w:numId w:val="21"/>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felelősök.</w:t>
      </w:r>
    </w:p>
    <w:p w14:paraId="14BC7A4E" w14:textId="027C8B1E"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jegyzőkönyvet a Titkár készíti el 15 napon belü</w:t>
      </w:r>
      <w:r w:rsidR="00A8641E">
        <w:rPr>
          <w:rFonts w:ascii="Times New Roman" w:hAnsi="Times New Roman" w:cs="Times New Roman"/>
          <w:b w:val="0"/>
          <w:bCs w:val="0"/>
          <w:color w:val="000000" w:themeColor="text1"/>
          <w:sz w:val="24"/>
          <w:szCs w:val="24"/>
          <w:lang w:val="hu-HU"/>
        </w:rPr>
        <w:t xml:space="preserve">l. </w:t>
      </w:r>
    </w:p>
    <w:p w14:paraId="1DACCF11" w14:textId="77777777" w:rsidR="00117DA2" w:rsidRPr="0013032A" w:rsidRDefault="00117DA2"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XII. Távolmaradás</w:t>
      </w:r>
    </w:p>
    <w:p w14:paraId="099072A8"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Amennyiben valamely tag nem tud részt venni az ülésen, köteles azt lehetőség szerint legalább 48 órával korábban jelezni a Titkár részére.</w:t>
      </w:r>
    </w:p>
    <w:p w14:paraId="058B4258" w14:textId="50DC88B7" w:rsidR="00117DA2" w:rsidRPr="0013032A" w:rsidRDefault="00A8641E" w:rsidP="00117DA2">
      <w:pPr>
        <w:pStyle w:val="Cmsor2"/>
        <w:spacing w:line="276" w:lineRule="auto"/>
        <w:rPr>
          <w:rFonts w:ascii="Times New Roman" w:hAnsi="Times New Roman" w:cs="Times New Roman"/>
          <w:b w:val="0"/>
          <w:bCs w:val="0"/>
          <w:color w:val="000000" w:themeColor="text1"/>
          <w:sz w:val="24"/>
          <w:szCs w:val="24"/>
          <w:lang w:val="hu-HU"/>
        </w:rPr>
      </w:pPr>
      <w:r>
        <w:rPr>
          <w:rFonts w:ascii="Times New Roman" w:hAnsi="Times New Roman" w:cs="Times New Roman"/>
          <w:b w:val="0"/>
          <w:bCs w:val="0"/>
          <w:color w:val="000000" w:themeColor="text1"/>
          <w:sz w:val="24"/>
          <w:szCs w:val="24"/>
          <w:lang w:val="hu-HU"/>
        </w:rPr>
        <w:t xml:space="preserve">Tartós, bejelentés nélküli távolmaradás esetén (3 alkalommal jelzés nélküli hiányzás) a Műhely tagját a munkacsoport tagjai leválthatják. </w:t>
      </w:r>
    </w:p>
    <w:p w14:paraId="4A7CDCFF" w14:textId="77777777" w:rsidR="00117DA2" w:rsidRPr="0013032A" w:rsidRDefault="00117DA2"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XIII. Hivatalos kommunikáció</w:t>
      </w:r>
    </w:p>
    <w:p w14:paraId="3336F0DD" w14:textId="1D702AF6"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Műhely hivatalos kommunikációja kizárólag a</w:t>
      </w:r>
      <w:r w:rsidR="0057396B">
        <w:rPr>
          <w:rFonts w:ascii="Times New Roman" w:hAnsi="Times New Roman" w:cs="Times New Roman"/>
          <w:b w:val="0"/>
          <w:bCs w:val="0"/>
          <w:color w:val="000000" w:themeColor="text1"/>
          <w:sz w:val="24"/>
          <w:szCs w:val="24"/>
          <w:lang w:val="hu-HU"/>
        </w:rPr>
        <w:t xml:space="preserve"> Műhely Titkárának becsatolásával történhet, a Titkár</w:t>
      </w:r>
      <w:r w:rsidRPr="0013032A">
        <w:rPr>
          <w:rFonts w:ascii="Times New Roman" w:hAnsi="Times New Roman" w:cs="Times New Roman"/>
          <w:b w:val="0"/>
          <w:bCs w:val="0"/>
          <w:color w:val="000000" w:themeColor="text1"/>
          <w:sz w:val="24"/>
          <w:szCs w:val="24"/>
          <w:lang w:val="hu-HU"/>
        </w:rPr>
        <w:t xml:space="preserve"> kijelölt elektronikus levelezési cím</w:t>
      </w:r>
      <w:r w:rsidR="0057396B">
        <w:rPr>
          <w:rFonts w:ascii="Times New Roman" w:hAnsi="Times New Roman" w:cs="Times New Roman"/>
          <w:b w:val="0"/>
          <w:bCs w:val="0"/>
          <w:color w:val="000000" w:themeColor="text1"/>
          <w:sz w:val="24"/>
          <w:szCs w:val="24"/>
          <w:lang w:val="hu-HU"/>
        </w:rPr>
        <w:t>ére.</w:t>
      </w:r>
    </w:p>
    <w:p w14:paraId="20CABD9D" w14:textId="10C5AB76"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Hivatalos e-mail:</w:t>
      </w:r>
      <w:r w:rsidR="0057396B">
        <w:rPr>
          <w:rFonts w:ascii="Times New Roman" w:hAnsi="Times New Roman" w:cs="Times New Roman"/>
          <w:b w:val="0"/>
          <w:bCs w:val="0"/>
          <w:color w:val="000000" w:themeColor="text1"/>
          <w:sz w:val="24"/>
          <w:szCs w:val="24"/>
          <w:lang w:val="hu-HU"/>
        </w:rPr>
        <w:t xml:space="preserve"> </w:t>
      </w:r>
      <w:hyperlink r:id="rId9" w:history="1">
        <w:r w:rsidR="0057396B" w:rsidRPr="0071462E">
          <w:rPr>
            <w:rStyle w:val="Hiperhivatkozs"/>
            <w:rFonts w:ascii="Times New Roman" w:hAnsi="Times New Roman" w:cs="Times New Roman"/>
            <w:b w:val="0"/>
            <w:bCs w:val="0"/>
            <w:sz w:val="24"/>
            <w:szCs w:val="24"/>
            <w:lang w:val="hu-HU"/>
          </w:rPr>
          <w:t>varadi.rebeka@martonvasar.hu</w:t>
        </w:r>
      </w:hyperlink>
      <w:r w:rsidR="0057396B">
        <w:rPr>
          <w:rFonts w:ascii="Times New Roman" w:hAnsi="Times New Roman" w:cs="Times New Roman"/>
          <w:b w:val="0"/>
          <w:bCs w:val="0"/>
          <w:color w:val="000000" w:themeColor="text1"/>
          <w:sz w:val="24"/>
          <w:szCs w:val="24"/>
          <w:lang w:val="hu-HU"/>
        </w:rPr>
        <w:t xml:space="preserve"> </w:t>
      </w:r>
    </w:p>
    <w:p w14:paraId="50A6D9C1" w14:textId="77777777" w:rsidR="0057396B"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lastRenderedPageBreak/>
        <w:t>Sürgős ügyekben telefonos egyeztetés vagy elektronikus üzenetküldés is alkalmazható.</w:t>
      </w:r>
      <w:r w:rsidR="0057396B">
        <w:rPr>
          <w:rFonts w:ascii="Times New Roman" w:hAnsi="Times New Roman" w:cs="Times New Roman"/>
          <w:b w:val="0"/>
          <w:bCs w:val="0"/>
          <w:color w:val="000000" w:themeColor="text1"/>
          <w:sz w:val="24"/>
          <w:szCs w:val="24"/>
          <w:lang w:val="hu-HU"/>
        </w:rPr>
        <w:t xml:space="preserve"> </w:t>
      </w:r>
    </w:p>
    <w:p w14:paraId="48AB1E1B" w14:textId="3F4876DB" w:rsidR="00117DA2" w:rsidRPr="0013032A" w:rsidRDefault="0057396B" w:rsidP="00117DA2">
      <w:pPr>
        <w:pStyle w:val="Cmsor2"/>
        <w:spacing w:line="276" w:lineRule="auto"/>
        <w:rPr>
          <w:rFonts w:ascii="Times New Roman" w:hAnsi="Times New Roman" w:cs="Times New Roman"/>
          <w:b w:val="0"/>
          <w:bCs w:val="0"/>
          <w:color w:val="000000" w:themeColor="text1"/>
          <w:sz w:val="24"/>
          <w:szCs w:val="24"/>
          <w:lang w:val="hu-HU"/>
        </w:rPr>
      </w:pPr>
      <w:r>
        <w:rPr>
          <w:rFonts w:ascii="Times New Roman" w:hAnsi="Times New Roman" w:cs="Times New Roman"/>
          <w:b w:val="0"/>
          <w:bCs w:val="0"/>
          <w:color w:val="000000" w:themeColor="text1"/>
          <w:sz w:val="24"/>
          <w:szCs w:val="24"/>
          <w:lang w:val="hu-HU"/>
        </w:rPr>
        <w:t>Amennyiben egy ügyből a Titkár (mint az Önkormányzat által kijelölt kapcsolattartó személy) kimarad, úgy az adott folyamatot utólag felfüggesztheti. A Titkár – a címzett kérésre – az ügyet újraindíthatja, melynek feltétele a fenti email cím becsatolása</w:t>
      </w:r>
      <w:r w:rsidR="002B478E">
        <w:rPr>
          <w:rFonts w:ascii="Times New Roman" w:hAnsi="Times New Roman" w:cs="Times New Roman"/>
          <w:b w:val="0"/>
          <w:bCs w:val="0"/>
          <w:color w:val="000000" w:themeColor="text1"/>
          <w:sz w:val="24"/>
          <w:szCs w:val="24"/>
          <w:lang w:val="hu-HU"/>
        </w:rPr>
        <w:t xml:space="preserve"> minden levelezésbe</w:t>
      </w:r>
      <w:r>
        <w:rPr>
          <w:rFonts w:ascii="Times New Roman" w:hAnsi="Times New Roman" w:cs="Times New Roman"/>
          <w:b w:val="0"/>
          <w:bCs w:val="0"/>
          <w:color w:val="000000" w:themeColor="text1"/>
          <w:sz w:val="24"/>
          <w:szCs w:val="24"/>
          <w:lang w:val="hu-HU"/>
        </w:rPr>
        <w:t xml:space="preserve">. </w:t>
      </w:r>
    </w:p>
    <w:p w14:paraId="67AEC773" w14:textId="647166EC" w:rsidR="00117DA2" w:rsidRPr="0013032A" w:rsidRDefault="00117DA2"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XIV. Lakossági bejelentések kezelése</w:t>
      </w:r>
    </w:p>
    <w:p w14:paraId="37267838" w14:textId="4EB54B6C"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w:t>
      </w:r>
      <w:r w:rsidR="00E408EC">
        <w:rPr>
          <w:rFonts w:ascii="Times New Roman" w:hAnsi="Times New Roman" w:cs="Times New Roman"/>
          <w:b w:val="0"/>
          <w:bCs w:val="0"/>
          <w:color w:val="000000" w:themeColor="text1"/>
          <w:sz w:val="24"/>
          <w:szCs w:val="24"/>
          <w:lang w:val="hu-HU"/>
        </w:rPr>
        <w:t>z Önkormányzathoz</w:t>
      </w:r>
      <w:r w:rsidRPr="0013032A">
        <w:rPr>
          <w:rFonts w:ascii="Times New Roman" w:hAnsi="Times New Roman" w:cs="Times New Roman"/>
          <w:b w:val="0"/>
          <w:bCs w:val="0"/>
          <w:color w:val="000000" w:themeColor="text1"/>
          <w:sz w:val="24"/>
          <w:szCs w:val="24"/>
          <w:lang w:val="hu-HU"/>
        </w:rPr>
        <w:t xml:space="preserve"> beérkező kérdéseket a Titkár nyilvántartásba veszi.</w:t>
      </w:r>
    </w:p>
    <w:p w14:paraId="59DED655"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Műhely:</w:t>
      </w:r>
    </w:p>
    <w:p w14:paraId="54D15A7D" w14:textId="77777777" w:rsidR="00117DA2" w:rsidRPr="0013032A" w:rsidRDefault="00117DA2" w:rsidP="00117DA2">
      <w:pPr>
        <w:pStyle w:val="Cmsor2"/>
        <w:numPr>
          <w:ilvl w:val="0"/>
          <w:numId w:val="22"/>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megvizsgálja;</w:t>
      </w:r>
    </w:p>
    <w:p w14:paraId="7E893E8E" w14:textId="223975F2" w:rsidR="00117DA2" w:rsidRPr="0013032A" w:rsidRDefault="00117DA2" w:rsidP="00117DA2">
      <w:pPr>
        <w:pStyle w:val="Cmsor2"/>
        <w:numPr>
          <w:ilvl w:val="0"/>
          <w:numId w:val="22"/>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szükség esetén helyszíni bejárást szervez;</w:t>
      </w:r>
    </w:p>
    <w:p w14:paraId="7231C2EC" w14:textId="77777777" w:rsidR="00117DA2" w:rsidRPr="0013032A" w:rsidRDefault="00117DA2" w:rsidP="00117DA2">
      <w:pPr>
        <w:pStyle w:val="Cmsor2"/>
        <w:numPr>
          <w:ilvl w:val="0"/>
          <w:numId w:val="22"/>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javaslatot készít;</w:t>
      </w:r>
    </w:p>
    <w:p w14:paraId="49B70825" w14:textId="2162F62F" w:rsidR="00117DA2" w:rsidRPr="0013032A" w:rsidRDefault="00117DA2" w:rsidP="00117DA2">
      <w:pPr>
        <w:pStyle w:val="Cmsor2"/>
        <w:numPr>
          <w:ilvl w:val="0"/>
          <w:numId w:val="22"/>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 xml:space="preserve">továbbítja </w:t>
      </w:r>
      <w:r w:rsidR="002B478E">
        <w:rPr>
          <w:rFonts w:ascii="Times New Roman" w:hAnsi="Times New Roman" w:cs="Times New Roman"/>
          <w:b w:val="0"/>
          <w:bCs w:val="0"/>
          <w:color w:val="000000" w:themeColor="text1"/>
          <w:sz w:val="24"/>
          <w:szCs w:val="24"/>
          <w:lang w:val="hu-HU"/>
        </w:rPr>
        <w:t xml:space="preserve">véleményét és javaslatait </w:t>
      </w:r>
      <w:r w:rsidRPr="0013032A">
        <w:rPr>
          <w:rFonts w:ascii="Times New Roman" w:hAnsi="Times New Roman" w:cs="Times New Roman"/>
          <w:b w:val="0"/>
          <w:bCs w:val="0"/>
          <w:color w:val="000000" w:themeColor="text1"/>
          <w:sz w:val="24"/>
          <w:szCs w:val="24"/>
          <w:lang w:val="hu-HU"/>
        </w:rPr>
        <w:t xml:space="preserve">az </w:t>
      </w:r>
      <w:r w:rsidR="002B478E">
        <w:rPr>
          <w:rFonts w:ascii="Times New Roman" w:hAnsi="Times New Roman" w:cs="Times New Roman"/>
          <w:b w:val="0"/>
          <w:bCs w:val="0"/>
          <w:color w:val="000000" w:themeColor="text1"/>
          <w:sz w:val="24"/>
          <w:szCs w:val="24"/>
          <w:lang w:val="hu-HU"/>
        </w:rPr>
        <w:t>Önkormányzat</w:t>
      </w:r>
      <w:r w:rsidRPr="0013032A">
        <w:rPr>
          <w:rFonts w:ascii="Times New Roman" w:hAnsi="Times New Roman" w:cs="Times New Roman"/>
          <w:b w:val="0"/>
          <w:bCs w:val="0"/>
          <w:color w:val="000000" w:themeColor="text1"/>
          <w:sz w:val="24"/>
          <w:szCs w:val="24"/>
          <w:lang w:val="hu-HU"/>
        </w:rPr>
        <w:t xml:space="preserve"> felé.</w:t>
      </w:r>
    </w:p>
    <w:p w14:paraId="0DC056E0" w14:textId="4B523C0D" w:rsidR="00117DA2" w:rsidRPr="0013032A" w:rsidRDefault="00117DA2"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XV. Programok szervezése</w:t>
      </w:r>
    </w:p>
    <w:p w14:paraId="26D18447"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Műhely által szervezett programok előkészítésének lépései:</w:t>
      </w:r>
    </w:p>
    <w:p w14:paraId="4ECC5469" w14:textId="150FA079" w:rsidR="00117DA2" w:rsidRPr="0013032A" w:rsidRDefault="00117DA2" w:rsidP="00117DA2">
      <w:pPr>
        <w:pStyle w:val="Cmsor2"/>
        <w:numPr>
          <w:ilvl w:val="0"/>
          <w:numId w:val="23"/>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javaslat</w:t>
      </w:r>
    </w:p>
    <w:p w14:paraId="0FCF17F7" w14:textId="10C6FD03" w:rsidR="00117DA2" w:rsidRPr="0013032A" w:rsidRDefault="00117DA2" w:rsidP="00117DA2">
      <w:pPr>
        <w:pStyle w:val="Cmsor2"/>
        <w:numPr>
          <w:ilvl w:val="0"/>
          <w:numId w:val="23"/>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előzetes egyeztetés</w:t>
      </w:r>
    </w:p>
    <w:p w14:paraId="16D70DB7" w14:textId="6C7B3AD7" w:rsidR="00117DA2" w:rsidRPr="0013032A" w:rsidRDefault="00117DA2" w:rsidP="00117DA2">
      <w:pPr>
        <w:pStyle w:val="Cmsor2"/>
        <w:numPr>
          <w:ilvl w:val="0"/>
          <w:numId w:val="23"/>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költségigény felmérése</w:t>
      </w:r>
    </w:p>
    <w:p w14:paraId="5335D4AF" w14:textId="4D0E731E" w:rsidR="00117DA2" w:rsidRPr="0013032A" w:rsidRDefault="00117DA2" w:rsidP="00117DA2">
      <w:pPr>
        <w:pStyle w:val="Cmsor2"/>
        <w:numPr>
          <w:ilvl w:val="0"/>
          <w:numId w:val="23"/>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önkormányzati egyeztetés</w:t>
      </w:r>
    </w:p>
    <w:p w14:paraId="532D280C" w14:textId="77777777" w:rsidR="00117DA2" w:rsidRPr="0013032A" w:rsidRDefault="00117DA2" w:rsidP="00117DA2">
      <w:pPr>
        <w:pStyle w:val="Cmsor2"/>
        <w:numPr>
          <w:ilvl w:val="0"/>
          <w:numId w:val="23"/>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felelősök kijelölése</w:t>
      </w:r>
    </w:p>
    <w:p w14:paraId="06663279" w14:textId="77777777" w:rsidR="00117DA2" w:rsidRPr="0013032A" w:rsidRDefault="00117DA2" w:rsidP="00117DA2">
      <w:pPr>
        <w:pStyle w:val="Cmsor2"/>
        <w:numPr>
          <w:ilvl w:val="0"/>
          <w:numId w:val="23"/>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kommunikáció</w:t>
      </w:r>
    </w:p>
    <w:p w14:paraId="19AB04D5" w14:textId="77092B98" w:rsidR="00117DA2" w:rsidRPr="0013032A" w:rsidRDefault="00117DA2" w:rsidP="00117DA2">
      <w:pPr>
        <w:pStyle w:val="Cmsor2"/>
        <w:numPr>
          <w:ilvl w:val="0"/>
          <w:numId w:val="23"/>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lebonyolítás</w:t>
      </w:r>
    </w:p>
    <w:p w14:paraId="7E4AD627" w14:textId="2D7C1D08" w:rsidR="00117DA2" w:rsidRDefault="00117DA2" w:rsidP="00117DA2">
      <w:pPr>
        <w:pStyle w:val="Cmsor2"/>
        <w:numPr>
          <w:ilvl w:val="0"/>
          <w:numId w:val="23"/>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utóértékelés</w:t>
      </w:r>
    </w:p>
    <w:p w14:paraId="3F05BFF2" w14:textId="77777777" w:rsidR="000E38C3" w:rsidRPr="000E38C3" w:rsidRDefault="000E38C3" w:rsidP="000E38C3">
      <w:pPr>
        <w:rPr>
          <w:lang w:val="hu-HU"/>
        </w:rPr>
      </w:pPr>
    </w:p>
    <w:p w14:paraId="483BC221" w14:textId="1FA0864D" w:rsidR="000E38C3" w:rsidRDefault="000E38C3" w:rsidP="000E38C3">
      <w:pPr>
        <w:spacing w:line="276" w:lineRule="auto"/>
        <w:rPr>
          <w:rFonts w:ascii="Times New Roman" w:hAnsi="Times New Roman" w:cs="Times New Roman"/>
          <w:b/>
          <w:bCs/>
          <w:sz w:val="24"/>
          <w:szCs w:val="24"/>
          <w:lang w:val="hu-HU"/>
        </w:rPr>
      </w:pPr>
      <w:r w:rsidRPr="000E38C3">
        <w:rPr>
          <w:rFonts w:ascii="Times New Roman" w:hAnsi="Times New Roman" w:cs="Times New Roman"/>
          <w:b/>
          <w:bCs/>
          <w:sz w:val="24"/>
          <w:szCs w:val="24"/>
          <w:lang w:val="hu-HU"/>
        </w:rPr>
        <w:t xml:space="preserve">XVI. </w:t>
      </w:r>
      <w:r>
        <w:rPr>
          <w:rFonts w:ascii="Times New Roman" w:hAnsi="Times New Roman" w:cs="Times New Roman"/>
          <w:b/>
          <w:bCs/>
          <w:sz w:val="24"/>
          <w:szCs w:val="24"/>
          <w:lang w:val="hu-HU"/>
        </w:rPr>
        <w:t>Költségek</w:t>
      </w:r>
    </w:p>
    <w:p w14:paraId="614FC5A6" w14:textId="347593E3" w:rsidR="000E38C3" w:rsidRPr="000E38C3" w:rsidRDefault="000E38C3" w:rsidP="000E38C3">
      <w:pPr>
        <w:spacing w:line="276" w:lineRule="auto"/>
        <w:rPr>
          <w:rFonts w:ascii="Times New Roman" w:hAnsi="Times New Roman" w:cs="Times New Roman"/>
          <w:sz w:val="24"/>
          <w:szCs w:val="24"/>
          <w:lang w:val="hu-HU"/>
        </w:rPr>
      </w:pPr>
      <w:r>
        <w:rPr>
          <w:rFonts w:ascii="Times New Roman" w:hAnsi="Times New Roman" w:cs="Times New Roman"/>
          <w:sz w:val="24"/>
          <w:szCs w:val="24"/>
          <w:lang w:val="hu-HU"/>
        </w:rPr>
        <w:t>A Zöld Műhely működéséhez</w:t>
      </w:r>
      <w:r w:rsidR="00132D75">
        <w:rPr>
          <w:rFonts w:ascii="Times New Roman" w:hAnsi="Times New Roman" w:cs="Times New Roman"/>
          <w:sz w:val="24"/>
          <w:szCs w:val="24"/>
          <w:lang w:val="hu-HU"/>
        </w:rPr>
        <w:t xml:space="preserve">, illetve az általa szervezett programokhoz, eseményekhez szükséges forrást az Önkormányzat éves költségvetésben biztosítja. Amennyiben az előzetesen erre a célra szánt összegnél nagyobb forrás szükséges, úgy külön egyeztetés történik.  </w:t>
      </w:r>
    </w:p>
    <w:p w14:paraId="18067F5F" w14:textId="48A33AB2" w:rsidR="00117DA2" w:rsidRPr="0013032A" w:rsidRDefault="00117DA2"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lastRenderedPageBreak/>
        <w:t>XVI</w:t>
      </w:r>
      <w:r w:rsidR="000E38C3">
        <w:rPr>
          <w:rFonts w:ascii="Times New Roman" w:hAnsi="Times New Roman" w:cs="Times New Roman"/>
          <w:color w:val="000000" w:themeColor="text1"/>
          <w:sz w:val="24"/>
          <w:szCs w:val="24"/>
          <w:lang w:val="hu-HU"/>
        </w:rPr>
        <w:t>I</w:t>
      </w:r>
      <w:r w:rsidRPr="0013032A">
        <w:rPr>
          <w:rFonts w:ascii="Times New Roman" w:hAnsi="Times New Roman" w:cs="Times New Roman"/>
          <w:color w:val="000000" w:themeColor="text1"/>
          <w:sz w:val="24"/>
          <w:szCs w:val="24"/>
          <w:lang w:val="hu-HU"/>
        </w:rPr>
        <w:t>. A hivatalos név és logó használata</w:t>
      </w:r>
    </w:p>
    <w:p w14:paraId="4C5113E3" w14:textId="1D308206"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w:t>
      </w:r>
      <w:r w:rsidR="002B478E">
        <w:rPr>
          <w:rFonts w:ascii="Times New Roman" w:hAnsi="Times New Roman" w:cs="Times New Roman"/>
          <w:b w:val="0"/>
          <w:bCs w:val="0"/>
          <w:color w:val="000000" w:themeColor="text1"/>
          <w:sz w:val="24"/>
          <w:szCs w:val="24"/>
          <w:lang w:val="hu-HU"/>
        </w:rPr>
        <w:t>(m</w:t>
      </w:r>
      <w:r w:rsidRPr="0013032A">
        <w:rPr>
          <w:rFonts w:ascii="Times New Roman" w:hAnsi="Times New Roman" w:cs="Times New Roman"/>
          <w:b w:val="0"/>
          <w:bCs w:val="0"/>
          <w:color w:val="000000" w:themeColor="text1"/>
          <w:sz w:val="24"/>
          <w:szCs w:val="24"/>
          <w:lang w:val="hu-HU"/>
        </w:rPr>
        <w:t>artonvásári</w:t>
      </w:r>
      <w:r w:rsidR="002B478E">
        <w:rPr>
          <w:rFonts w:ascii="Times New Roman" w:hAnsi="Times New Roman" w:cs="Times New Roman"/>
          <w:b w:val="0"/>
          <w:bCs w:val="0"/>
          <w:color w:val="000000" w:themeColor="text1"/>
          <w:sz w:val="24"/>
          <w:szCs w:val="24"/>
          <w:lang w:val="hu-HU"/>
        </w:rPr>
        <w:t>)</w:t>
      </w:r>
      <w:r w:rsidRPr="0013032A">
        <w:rPr>
          <w:rFonts w:ascii="Times New Roman" w:hAnsi="Times New Roman" w:cs="Times New Roman"/>
          <w:b w:val="0"/>
          <w:bCs w:val="0"/>
          <w:color w:val="000000" w:themeColor="text1"/>
          <w:sz w:val="24"/>
          <w:szCs w:val="24"/>
          <w:lang w:val="hu-HU"/>
        </w:rPr>
        <w:t xml:space="preserve"> Zöld Műhely" elnevezés és hivatalos logó kizárólag a Műhely tevékenységéhez kapcsolódó kommunikációban használható.</w:t>
      </w:r>
    </w:p>
    <w:p w14:paraId="5D74C407" w14:textId="7CB074DF"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Harmadik fél részére történő használata a Műhelyvezető és a Titkár együttes</w:t>
      </w:r>
      <w:r w:rsidR="002B478E">
        <w:rPr>
          <w:rFonts w:ascii="Times New Roman" w:hAnsi="Times New Roman" w:cs="Times New Roman"/>
          <w:b w:val="0"/>
          <w:bCs w:val="0"/>
          <w:color w:val="000000" w:themeColor="text1"/>
          <w:sz w:val="24"/>
          <w:szCs w:val="24"/>
          <w:lang w:val="hu-HU"/>
        </w:rPr>
        <w:t>, írásos</w:t>
      </w:r>
      <w:r w:rsidRPr="0013032A">
        <w:rPr>
          <w:rFonts w:ascii="Times New Roman" w:hAnsi="Times New Roman" w:cs="Times New Roman"/>
          <w:b w:val="0"/>
          <w:bCs w:val="0"/>
          <w:color w:val="000000" w:themeColor="text1"/>
          <w:sz w:val="24"/>
          <w:szCs w:val="24"/>
          <w:lang w:val="hu-HU"/>
        </w:rPr>
        <w:t xml:space="preserve"> jóváhagyásával történhet.</w:t>
      </w:r>
    </w:p>
    <w:p w14:paraId="00A7FB39" w14:textId="18808BD8" w:rsidR="002B478E" w:rsidRDefault="004675A9" w:rsidP="002B478E">
      <w:pPr>
        <w:pStyle w:val="Cmsor2"/>
        <w:spacing w:line="276" w:lineRule="auto"/>
        <w:rPr>
          <w:color w:val="000000" w:themeColor="text1"/>
          <w:lang w:val="hu-HU"/>
        </w:rPr>
      </w:pPr>
      <w:r w:rsidRPr="002B478E">
        <w:rPr>
          <w:noProof/>
          <w:color w:val="000000" w:themeColor="text1"/>
          <w:lang w:val="hu-HU"/>
        </w:rPr>
        <w:drawing>
          <wp:anchor distT="0" distB="0" distL="114300" distR="114300" simplePos="0" relativeHeight="251664896" behindDoc="0" locked="0" layoutInCell="1" allowOverlap="1" wp14:anchorId="2DF87208" wp14:editId="5B4BB87F">
            <wp:simplePos x="0" y="0"/>
            <wp:positionH relativeFrom="column">
              <wp:posOffset>1181100</wp:posOffset>
            </wp:positionH>
            <wp:positionV relativeFrom="paragraph">
              <wp:posOffset>76835</wp:posOffset>
            </wp:positionV>
            <wp:extent cx="2066925" cy="2066925"/>
            <wp:effectExtent l="0" t="0" r="9525" b="9525"/>
            <wp:wrapThrough wrapText="bothSides">
              <wp:wrapPolygon edited="0">
                <wp:start x="0" y="0"/>
                <wp:lineTo x="0" y="21500"/>
                <wp:lineTo x="21500" y="21500"/>
                <wp:lineTo x="21500" y="0"/>
                <wp:lineTo x="0" y="0"/>
              </wp:wrapPolygon>
            </wp:wrapThrough>
            <wp:docPr id="1573692596"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6925" cy="2066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478E">
        <w:rPr>
          <w:rFonts w:ascii="Times New Roman" w:hAnsi="Times New Roman" w:cs="Times New Roman"/>
          <w:b w:val="0"/>
          <w:bCs w:val="0"/>
          <w:color w:val="000000" w:themeColor="text1"/>
          <w:sz w:val="24"/>
          <w:szCs w:val="24"/>
          <w:lang w:val="hu-HU"/>
        </w:rPr>
        <w:t>Hivatalos logó:</w:t>
      </w:r>
      <w:r w:rsidR="002B478E" w:rsidRPr="002B478E">
        <w:rPr>
          <w:rFonts w:ascii="Times New Roman" w:eastAsia="Times New Roman" w:hAnsi="Times New Roman" w:cs="Times New Roman"/>
          <w:sz w:val="24"/>
          <w:szCs w:val="24"/>
          <w:lang w:val="hu-HU" w:eastAsia="hu-HU"/>
        </w:rPr>
        <w:t xml:space="preserve"> </w:t>
      </w:r>
    </w:p>
    <w:p w14:paraId="2F3B6D88" w14:textId="570A9CF4" w:rsidR="002B478E" w:rsidRPr="002B478E" w:rsidRDefault="002B478E" w:rsidP="002B478E">
      <w:pPr>
        <w:pStyle w:val="Cmsor2"/>
        <w:spacing w:line="276" w:lineRule="auto"/>
        <w:rPr>
          <w:color w:val="000000" w:themeColor="text1"/>
          <w:lang w:val="hu-HU"/>
        </w:rPr>
      </w:pPr>
    </w:p>
    <w:p w14:paraId="088DBAD2" w14:textId="15E5BEF8" w:rsidR="002B478E" w:rsidRPr="0013032A" w:rsidRDefault="002B478E" w:rsidP="002B478E">
      <w:pPr>
        <w:pStyle w:val="Cmsor2"/>
        <w:spacing w:line="276" w:lineRule="auto"/>
        <w:rPr>
          <w:rFonts w:ascii="Times New Roman" w:hAnsi="Times New Roman" w:cs="Times New Roman"/>
          <w:b w:val="0"/>
          <w:bCs w:val="0"/>
          <w:color w:val="000000" w:themeColor="text1"/>
          <w:sz w:val="24"/>
          <w:szCs w:val="24"/>
          <w:lang w:val="hu-HU"/>
        </w:rPr>
      </w:pPr>
    </w:p>
    <w:p w14:paraId="216D3644" w14:textId="77777777" w:rsidR="004675A9" w:rsidRDefault="004675A9" w:rsidP="00117DA2">
      <w:pPr>
        <w:pStyle w:val="Cmsor2"/>
        <w:spacing w:line="276" w:lineRule="auto"/>
        <w:rPr>
          <w:rFonts w:ascii="Times New Roman" w:hAnsi="Times New Roman" w:cs="Times New Roman"/>
          <w:color w:val="000000" w:themeColor="text1"/>
          <w:sz w:val="24"/>
          <w:szCs w:val="24"/>
          <w:lang w:val="hu-HU"/>
        </w:rPr>
      </w:pPr>
    </w:p>
    <w:p w14:paraId="03891CFD" w14:textId="77777777" w:rsidR="004675A9" w:rsidRDefault="004675A9" w:rsidP="00117DA2">
      <w:pPr>
        <w:pStyle w:val="Cmsor2"/>
        <w:spacing w:line="276" w:lineRule="auto"/>
        <w:rPr>
          <w:rFonts w:ascii="Times New Roman" w:hAnsi="Times New Roman" w:cs="Times New Roman"/>
          <w:color w:val="000000" w:themeColor="text1"/>
          <w:sz w:val="24"/>
          <w:szCs w:val="24"/>
          <w:lang w:val="hu-HU"/>
        </w:rPr>
      </w:pPr>
    </w:p>
    <w:p w14:paraId="6367B4E9" w14:textId="77777777" w:rsidR="004675A9" w:rsidRDefault="004675A9" w:rsidP="00117DA2">
      <w:pPr>
        <w:pStyle w:val="Cmsor2"/>
        <w:spacing w:line="276" w:lineRule="auto"/>
        <w:rPr>
          <w:rFonts w:ascii="Times New Roman" w:hAnsi="Times New Roman" w:cs="Times New Roman"/>
          <w:color w:val="000000" w:themeColor="text1"/>
          <w:sz w:val="24"/>
          <w:szCs w:val="24"/>
          <w:lang w:val="hu-HU"/>
        </w:rPr>
      </w:pPr>
    </w:p>
    <w:p w14:paraId="54B304F9" w14:textId="390F9774" w:rsidR="00117DA2" w:rsidRPr="0013032A" w:rsidRDefault="00117DA2"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XVI</w:t>
      </w:r>
      <w:r w:rsidR="000E38C3">
        <w:rPr>
          <w:rFonts w:ascii="Times New Roman" w:hAnsi="Times New Roman" w:cs="Times New Roman"/>
          <w:color w:val="000000" w:themeColor="text1"/>
          <w:sz w:val="24"/>
          <w:szCs w:val="24"/>
          <w:lang w:val="hu-HU"/>
        </w:rPr>
        <w:t>I</w:t>
      </w:r>
      <w:r w:rsidRPr="0013032A">
        <w:rPr>
          <w:rFonts w:ascii="Times New Roman" w:hAnsi="Times New Roman" w:cs="Times New Roman"/>
          <w:color w:val="000000" w:themeColor="text1"/>
          <w:sz w:val="24"/>
          <w:szCs w:val="24"/>
          <w:lang w:val="hu-HU"/>
        </w:rPr>
        <w:t>I. Dokumentumkezelés</w:t>
      </w:r>
    </w:p>
    <w:p w14:paraId="72D2B2AC"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Műhely dokumentumai:</w:t>
      </w:r>
    </w:p>
    <w:p w14:paraId="181D781B" w14:textId="77777777" w:rsidR="00117DA2" w:rsidRPr="0013032A" w:rsidRDefault="00117DA2" w:rsidP="00117DA2">
      <w:pPr>
        <w:pStyle w:val="Cmsor2"/>
        <w:numPr>
          <w:ilvl w:val="0"/>
          <w:numId w:val="24"/>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jelenléti ívek;</w:t>
      </w:r>
    </w:p>
    <w:p w14:paraId="3D9574F5" w14:textId="77777777" w:rsidR="00117DA2" w:rsidRPr="0013032A" w:rsidRDefault="00117DA2" w:rsidP="00117DA2">
      <w:pPr>
        <w:pStyle w:val="Cmsor2"/>
        <w:numPr>
          <w:ilvl w:val="0"/>
          <w:numId w:val="24"/>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jegyzőkönyvek;</w:t>
      </w:r>
    </w:p>
    <w:p w14:paraId="12E9C6E5" w14:textId="77777777" w:rsidR="00117DA2" w:rsidRPr="0013032A" w:rsidRDefault="00117DA2" w:rsidP="00117DA2">
      <w:pPr>
        <w:pStyle w:val="Cmsor2"/>
        <w:numPr>
          <w:ilvl w:val="0"/>
          <w:numId w:val="24"/>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programtervek;</w:t>
      </w:r>
    </w:p>
    <w:p w14:paraId="23CC166B" w14:textId="351C5FCE" w:rsidR="00117DA2" w:rsidRPr="0013032A" w:rsidRDefault="00117DA2" w:rsidP="00117DA2">
      <w:pPr>
        <w:pStyle w:val="Cmsor2"/>
        <w:numPr>
          <w:ilvl w:val="0"/>
          <w:numId w:val="24"/>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állásfoglalások</w:t>
      </w:r>
      <w:r w:rsidR="002B478E">
        <w:rPr>
          <w:rFonts w:ascii="Times New Roman" w:hAnsi="Times New Roman" w:cs="Times New Roman"/>
          <w:b w:val="0"/>
          <w:bCs w:val="0"/>
          <w:color w:val="000000" w:themeColor="text1"/>
          <w:sz w:val="24"/>
          <w:szCs w:val="24"/>
          <w:lang w:val="hu-HU"/>
        </w:rPr>
        <w:t>, vélemények, javaslatok</w:t>
      </w:r>
      <w:r w:rsidRPr="0013032A">
        <w:rPr>
          <w:rFonts w:ascii="Times New Roman" w:hAnsi="Times New Roman" w:cs="Times New Roman"/>
          <w:b w:val="0"/>
          <w:bCs w:val="0"/>
          <w:color w:val="000000" w:themeColor="text1"/>
          <w:sz w:val="24"/>
          <w:szCs w:val="24"/>
          <w:lang w:val="hu-HU"/>
        </w:rPr>
        <w:t>.</w:t>
      </w:r>
    </w:p>
    <w:p w14:paraId="6F5A1B89" w14:textId="4D935E6B"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dokumentumokat digitális formában a Titkár kezeli</w:t>
      </w:r>
      <w:r w:rsidR="00132D75">
        <w:rPr>
          <w:rFonts w:ascii="Times New Roman" w:hAnsi="Times New Roman" w:cs="Times New Roman"/>
          <w:b w:val="0"/>
          <w:bCs w:val="0"/>
          <w:color w:val="000000" w:themeColor="text1"/>
          <w:sz w:val="24"/>
          <w:szCs w:val="24"/>
          <w:lang w:val="hu-HU"/>
        </w:rPr>
        <w:t xml:space="preserve">, és az önkormányzat iratkezelési szabályai szerint iktatja az önkormányzati cselekvést igénylő ügyeket. </w:t>
      </w:r>
    </w:p>
    <w:p w14:paraId="6EDF5AF1" w14:textId="0384D6D1" w:rsidR="00117DA2" w:rsidRPr="0013032A" w:rsidRDefault="00117DA2"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X</w:t>
      </w:r>
      <w:r w:rsidR="000E38C3">
        <w:rPr>
          <w:rFonts w:ascii="Times New Roman" w:hAnsi="Times New Roman" w:cs="Times New Roman"/>
          <w:color w:val="000000" w:themeColor="text1"/>
          <w:sz w:val="24"/>
          <w:szCs w:val="24"/>
          <w:lang w:val="hu-HU"/>
        </w:rPr>
        <w:t>IX</w:t>
      </w:r>
      <w:r w:rsidRPr="0013032A">
        <w:rPr>
          <w:rFonts w:ascii="Times New Roman" w:hAnsi="Times New Roman" w:cs="Times New Roman"/>
          <w:color w:val="000000" w:themeColor="text1"/>
          <w:sz w:val="24"/>
          <w:szCs w:val="24"/>
          <w:lang w:val="hu-HU"/>
        </w:rPr>
        <w:t xml:space="preserve">. </w:t>
      </w:r>
      <w:r w:rsidR="00132D75">
        <w:rPr>
          <w:rFonts w:ascii="Times New Roman" w:hAnsi="Times New Roman" w:cs="Times New Roman"/>
          <w:color w:val="000000" w:themeColor="text1"/>
          <w:sz w:val="24"/>
          <w:szCs w:val="24"/>
          <w:lang w:val="hu-HU"/>
        </w:rPr>
        <w:t>Szabályzat elfogadása és módosítása</w:t>
      </w:r>
    </w:p>
    <w:p w14:paraId="52255D84" w14:textId="217679BA" w:rsidR="003635E0" w:rsidRDefault="003635E0" w:rsidP="00117DA2">
      <w:pPr>
        <w:pStyle w:val="Cmsor2"/>
        <w:spacing w:line="276" w:lineRule="auto"/>
        <w:rPr>
          <w:rFonts w:ascii="Times New Roman" w:hAnsi="Times New Roman" w:cs="Times New Roman"/>
          <w:b w:val="0"/>
          <w:bCs w:val="0"/>
          <w:color w:val="000000" w:themeColor="text1"/>
          <w:sz w:val="24"/>
          <w:szCs w:val="24"/>
          <w:lang w:val="hu-HU"/>
        </w:rPr>
      </w:pPr>
      <w:r>
        <w:rPr>
          <w:rFonts w:ascii="Times New Roman" w:hAnsi="Times New Roman" w:cs="Times New Roman"/>
          <w:b w:val="0"/>
          <w:bCs w:val="0"/>
          <w:color w:val="000000" w:themeColor="text1"/>
          <w:sz w:val="24"/>
          <w:szCs w:val="24"/>
          <w:lang w:val="hu-HU"/>
        </w:rPr>
        <w:t>A szabályzatot és annak módosításait a jelenlévő tagok 2/3-os többséggel fogadják el. A szabályzatot Martonvásár Város Önkormányzatának Képviselő-testülete hagyja jóvá, ezt követően léphet hatályba.</w:t>
      </w:r>
    </w:p>
    <w:p w14:paraId="09B0B947" w14:textId="141A5B18"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szabályzat módosítását bármely tag kezdeményezheti.</w:t>
      </w:r>
    </w:p>
    <w:p w14:paraId="01DB7F6F" w14:textId="0F5ABAD3" w:rsidR="00117DA2" w:rsidRPr="0013032A" w:rsidRDefault="00117DA2"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XX. Etikai szabályok</w:t>
      </w:r>
    </w:p>
    <w:p w14:paraId="5CB47FC4"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tagok:</w:t>
      </w:r>
    </w:p>
    <w:p w14:paraId="1396761F" w14:textId="77777777" w:rsidR="00117DA2" w:rsidRPr="0013032A" w:rsidRDefault="00117DA2" w:rsidP="00117DA2">
      <w:pPr>
        <w:pStyle w:val="Cmsor2"/>
        <w:numPr>
          <w:ilvl w:val="0"/>
          <w:numId w:val="25"/>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egymással tisztelettel kommunikálnak;</w:t>
      </w:r>
    </w:p>
    <w:p w14:paraId="0E3E4DAB" w14:textId="77777777" w:rsidR="00117DA2" w:rsidRPr="0013032A" w:rsidRDefault="00117DA2" w:rsidP="00117DA2">
      <w:pPr>
        <w:pStyle w:val="Cmsor2"/>
        <w:numPr>
          <w:ilvl w:val="0"/>
          <w:numId w:val="25"/>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politikai kampánytevékenységet nem folytatnak a Műhely nevében;</w:t>
      </w:r>
    </w:p>
    <w:p w14:paraId="07365AC3" w14:textId="79C09A6A" w:rsidR="00117DA2" w:rsidRPr="0013032A" w:rsidRDefault="00117DA2" w:rsidP="00117DA2">
      <w:pPr>
        <w:pStyle w:val="Cmsor2"/>
        <w:numPr>
          <w:ilvl w:val="0"/>
          <w:numId w:val="25"/>
        </w:numPr>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 xml:space="preserve">a Műhely jó hírnevét </w:t>
      </w:r>
      <w:proofErr w:type="spellStart"/>
      <w:r w:rsidRPr="0013032A">
        <w:rPr>
          <w:rFonts w:ascii="Times New Roman" w:hAnsi="Times New Roman" w:cs="Times New Roman"/>
          <w:b w:val="0"/>
          <w:bCs w:val="0"/>
          <w:color w:val="000000" w:themeColor="text1"/>
          <w:sz w:val="24"/>
          <w:szCs w:val="24"/>
          <w:lang w:val="hu-HU"/>
        </w:rPr>
        <w:t>meg</w:t>
      </w:r>
      <w:r w:rsidR="00132D75">
        <w:rPr>
          <w:rFonts w:ascii="Times New Roman" w:hAnsi="Times New Roman" w:cs="Times New Roman"/>
          <w:b w:val="0"/>
          <w:bCs w:val="0"/>
          <w:color w:val="000000" w:themeColor="text1"/>
          <w:sz w:val="24"/>
          <w:szCs w:val="24"/>
          <w:lang w:val="hu-HU"/>
        </w:rPr>
        <w:t>ő</w:t>
      </w:r>
      <w:r w:rsidRPr="0013032A">
        <w:rPr>
          <w:rFonts w:ascii="Times New Roman" w:hAnsi="Times New Roman" w:cs="Times New Roman"/>
          <w:b w:val="0"/>
          <w:bCs w:val="0"/>
          <w:color w:val="000000" w:themeColor="text1"/>
          <w:sz w:val="24"/>
          <w:szCs w:val="24"/>
          <w:lang w:val="hu-HU"/>
        </w:rPr>
        <w:t>rzik</w:t>
      </w:r>
      <w:proofErr w:type="spellEnd"/>
      <w:r w:rsidRPr="0013032A">
        <w:rPr>
          <w:rFonts w:ascii="Times New Roman" w:hAnsi="Times New Roman" w:cs="Times New Roman"/>
          <w:b w:val="0"/>
          <w:bCs w:val="0"/>
          <w:color w:val="000000" w:themeColor="text1"/>
          <w:sz w:val="24"/>
          <w:szCs w:val="24"/>
          <w:lang w:val="hu-HU"/>
        </w:rPr>
        <w:t>;</w:t>
      </w:r>
    </w:p>
    <w:p w14:paraId="238678EA" w14:textId="26BDECF9" w:rsidR="00117DA2" w:rsidRPr="0013032A" w:rsidRDefault="00117DA2"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lastRenderedPageBreak/>
        <w:t>XX</w:t>
      </w:r>
      <w:r w:rsidR="000E38C3">
        <w:rPr>
          <w:rFonts w:ascii="Times New Roman" w:hAnsi="Times New Roman" w:cs="Times New Roman"/>
          <w:color w:val="000000" w:themeColor="text1"/>
          <w:sz w:val="24"/>
          <w:szCs w:val="24"/>
          <w:lang w:val="hu-HU"/>
        </w:rPr>
        <w:t>I</w:t>
      </w:r>
      <w:r w:rsidRPr="0013032A">
        <w:rPr>
          <w:rFonts w:ascii="Times New Roman" w:hAnsi="Times New Roman" w:cs="Times New Roman"/>
          <w:color w:val="000000" w:themeColor="text1"/>
          <w:sz w:val="24"/>
          <w:szCs w:val="24"/>
          <w:lang w:val="hu-HU"/>
        </w:rPr>
        <w:t>. Titoktartás</w:t>
      </w:r>
    </w:p>
    <w:p w14:paraId="78D96758" w14:textId="16B0B4F2"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Műhely tagjai vállalják, hogy az ülések során megismert, nem nyilvános önkormányzati előterjesztéseket, személyes adatokat, illetve a nyilvánosságra még nem hozott terveket</w:t>
      </w:r>
      <w:r w:rsidR="003635E0">
        <w:rPr>
          <w:rFonts w:ascii="Times New Roman" w:hAnsi="Times New Roman" w:cs="Times New Roman"/>
          <w:b w:val="0"/>
          <w:bCs w:val="0"/>
          <w:color w:val="000000" w:themeColor="text1"/>
          <w:sz w:val="24"/>
          <w:szCs w:val="24"/>
          <w:lang w:val="hu-HU"/>
        </w:rPr>
        <w:t>, információkat</w:t>
      </w:r>
      <w:r w:rsidRPr="0013032A">
        <w:rPr>
          <w:rFonts w:ascii="Times New Roman" w:hAnsi="Times New Roman" w:cs="Times New Roman"/>
          <w:b w:val="0"/>
          <w:bCs w:val="0"/>
          <w:color w:val="000000" w:themeColor="text1"/>
          <w:sz w:val="24"/>
          <w:szCs w:val="24"/>
          <w:lang w:val="hu-HU"/>
        </w:rPr>
        <w:t xml:space="preserve"> harmadik személy részére nem adják tovább.</w:t>
      </w:r>
    </w:p>
    <w:p w14:paraId="142BB075" w14:textId="42F4331D"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titoktartási kötelezettség nem vonatkozik a nyilvánosan elfogadott döntésekre, közérdekű adatokra, valamint a lakosság tájékoztatását szolgáló hivatalos közleményekre.</w:t>
      </w:r>
    </w:p>
    <w:p w14:paraId="6B1D374B" w14:textId="5F38C866" w:rsidR="00117DA2" w:rsidRPr="0013032A" w:rsidRDefault="00117DA2" w:rsidP="00117DA2">
      <w:pPr>
        <w:pStyle w:val="Cmsor2"/>
        <w:spacing w:line="276" w:lineRule="auto"/>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XX</w:t>
      </w:r>
      <w:r w:rsidR="000E38C3">
        <w:rPr>
          <w:rFonts w:ascii="Times New Roman" w:hAnsi="Times New Roman" w:cs="Times New Roman"/>
          <w:color w:val="000000" w:themeColor="text1"/>
          <w:sz w:val="24"/>
          <w:szCs w:val="24"/>
          <w:lang w:val="hu-HU"/>
        </w:rPr>
        <w:t>I</w:t>
      </w:r>
      <w:r w:rsidRPr="0013032A">
        <w:rPr>
          <w:rFonts w:ascii="Times New Roman" w:hAnsi="Times New Roman" w:cs="Times New Roman"/>
          <w:color w:val="000000" w:themeColor="text1"/>
          <w:sz w:val="24"/>
          <w:szCs w:val="24"/>
          <w:lang w:val="hu-HU"/>
        </w:rPr>
        <w:t>I. Záró rendelkezések</w:t>
      </w:r>
    </w:p>
    <w:p w14:paraId="5ADF1A53"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Jelen szabályzat elfogadásának napján lép hatályba.</w:t>
      </w:r>
    </w:p>
    <w:p w14:paraId="3C01D984"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A szabályzatban nem szabályozott kérdésekben Martonvásár Város Önkormányzatának vonatkozó rendelkezései és a hatályos magyar jogszabályok irányadók.</w:t>
      </w:r>
    </w:p>
    <w:p w14:paraId="2E025DFE" w14:textId="3C66FD42" w:rsidR="002B478E" w:rsidRDefault="002B478E" w:rsidP="00117DA2">
      <w:pPr>
        <w:pStyle w:val="Cmsor2"/>
        <w:spacing w:line="276" w:lineRule="auto"/>
        <w:rPr>
          <w:rFonts w:ascii="Times New Roman" w:hAnsi="Times New Roman" w:cs="Times New Roman"/>
          <w:b w:val="0"/>
          <w:bCs w:val="0"/>
          <w:color w:val="000000" w:themeColor="text1"/>
          <w:sz w:val="24"/>
          <w:szCs w:val="24"/>
          <w:lang w:val="hu-HU"/>
        </w:rPr>
      </w:pPr>
    </w:p>
    <w:p w14:paraId="6D681C3F" w14:textId="46CB0522" w:rsidR="002B478E" w:rsidRDefault="002B478E" w:rsidP="002B478E">
      <w:pPr>
        <w:rPr>
          <w:rFonts w:ascii="Times New Roman" w:hAnsi="Times New Roman" w:cs="Times New Roman"/>
          <w:b/>
          <w:bCs/>
          <w:color w:val="000000" w:themeColor="text1"/>
          <w:sz w:val="24"/>
          <w:szCs w:val="24"/>
          <w:lang w:val="hu-HU"/>
        </w:rPr>
      </w:pPr>
      <w:r>
        <w:rPr>
          <w:rFonts w:ascii="Times New Roman" w:hAnsi="Times New Roman" w:cs="Times New Roman"/>
          <w:b/>
          <w:bCs/>
          <w:color w:val="000000" w:themeColor="text1"/>
          <w:sz w:val="24"/>
          <w:szCs w:val="24"/>
          <w:lang w:val="hu-HU"/>
        </w:rPr>
        <w:t>Mellékletek listá</w:t>
      </w:r>
      <w:r w:rsidR="004675A9">
        <w:rPr>
          <w:rFonts w:ascii="Times New Roman" w:hAnsi="Times New Roman" w:cs="Times New Roman"/>
          <w:b/>
          <w:bCs/>
          <w:color w:val="000000" w:themeColor="text1"/>
          <w:sz w:val="24"/>
          <w:szCs w:val="24"/>
          <w:lang w:val="hu-HU"/>
        </w:rPr>
        <w:t>j</w:t>
      </w:r>
      <w:r>
        <w:rPr>
          <w:rFonts w:ascii="Times New Roman" w:hAnsi="Times New Roman" w:cs="Times New Roman"/>
          <w:b/>
          <w:bCs/>
          <w:color w:val="000000" w:themeColor="text1"/>
          <w:sz w:val="24"/>
          <w:szCs w:val="24"/>
          <w:lang w:val="hu-HU"/>
        </w:rPr>
        <w:t>a:</w:t>
      </w:r>
    </w:p>
    <w:p w14:paraId="61286BFB" w14:textId="66C36BAD" w:rsidR="002B478E" w:rsidRPr="002B478E" w:rsidRDefault="002B478E" w:rsidP="002B478E">
      <w:pPr>
        <w:pStyle w:val="Listaszerbekezds"/>
        <w:numPr>
          <w:ilvl w:val="0"/>
          <w:numId w:val="35"/>
        </w:numPr>
        <w:rPr>
          <w:rFonts w:ascii="Times New Roman" w:hAnsi="Times New Roman" w:cs="Times New Roman"/>
          <w:b/>
          <w:bCs/>
          <w:color w:val="000000" w:themeColor="text1"/>
          <w:sz w:val="24"/>
          <w:szCs w:val="24"/>
          <w:lang w:val="hu-HU"/>
        </w:rPr>
      </w:pPr>
      <w:r w:rsidRPr="002B478E">
        <w:rPr>
          <w:rFonts w:ascii="Times New Roman" w:hAnsi="Times New Roman" w:cs="Times New Roman"/>
          <w:b/>
          <w:bCs/>
          <w:color w:val="000000" w:themeColor="text1"/>
          <w:sz w:val="24"/>
          <w:szCs w:val="24"/>
          <w:lang w:val="hu-HU"/>
        </w:rPr>
        <w:t>számú melléklet</w:t>
      </w:r>
    </w:p>
    <w:p w14:paraId="3D3C8170" w14:textId="77777777" w:rsidR="002B478E" w:rsidRPr="002B478E" w:rsidRDefault="002B478E" w:rsidP="002B478E">
      <w:pPr>
        <w:pStyle w:val="Listaszerbekezds"/>
        <w:numPr>
          <w:ilvl w:val="0"/>
          <w:numId w:val="35"/>
        </w:numPr>
        <w:rPr>
          <w:rFonts w:ascii="Times New Roman" w:eastAsiaTheme="majorEastAsia" w:hAnsi="Times New Roman" w:cs="Times New Roman"/>
          <w:b/>
          <w:bCs/>
          <w:color w:val="000000" w:themeColor="text1"/>
          <w:sz w:val="24"/>
          <w:szCs w:val="24"/>
          <w:lang w:val="hu-HU"/>
        </w:rPr>
      </w:pPr>
      <w:r w:rsidRPr="002B478E">
        <w:rPr>
          <w:rFonts w:ascii="Times New Roman" w:hAnsi="Times New Roman" w:cs="Times New Roman"/>
          <w:b/>
          <w:bCs/>
          <w:color w:val="000000" w:themeColor="text1"/>
          <w:sz w:val="24"/>
          <w:szCs w:val="24"/>
          <w:lang w:val="hu-HU"/>
        </w:rPr>
        <w:t>számú melléklet</w:t>
      </w:r>
    </w:p>
    <w:p w14:paraId="34DA8550" w14:textId="53D5AAB3" w:rsidR="002B478E" w:rsidRPr="002B478E" w:rsidRDefault="004675A9" w:rsidP="002B478E">
      <w:pPr>
        <w:pStyle w:val="Listaszerbekezds"/>
        <w:numPr>
          <w:ilvl w:val="0"/>
          <w:numId w:val="35"/>
        </w:numPr>
        <w:rPr>
          <w:rFonts w:ascii="Times New Roman" w:eastAsiaTheme="majorEastAsia" w:hAnsi="Times New Roman" w:cs="Times New Roman"/>
          <w:b/>
          <w:bCs/>
          <w:color w:val="000000" w:themeColor="text1"/>
          <w:sz w:val="24"/>
          <w:szCs w:val="24"/>
          <w:lang w:val="hu-HU"/>
        </w:rPr>
      </w:pPr>
      <w:r>
        <w:rPr>
          <w:rFonts w:ascii="Times New Roman" w:eastAsiaTheme="majorEastAsia" w:hAnsi="Times New Roman" w:cs="Times New Roman"/>
          <w:b/>
          <w:bCs/>
          <w:color w:val="000000" w:themeColor="text1"/>
          <w:sz w:val="24"/>
          <w:szCs w:val="24"/>
          <w:lang w:val="hu-HU"/>
        </w:rPr>
        <w:t>számú melléklet</w:t>
      </w:r>
    </w:p>
    <w:p w14:paraId="4E6CBBA1" w14:textId="1268100D" w:rsidR="002B478E" w:rsidRPr="002B478E" w:rsidRDefault="002B478E" w:rsidP="002B478E">
      <w:pPr>
        <w:pStyle w:val="Listaszerbekezds"/>
        <w:numPr>
          <w:ilvl w:val="0"/>
          <w:numId w:val="35"/>
        </w:numPr>
        <w:rPr>
          <w:rFonts w:ascii="Times New Roman" w:eastAsiaTheme="majorEastAsia" w:hAnsi="Times New Roman" w:cs="Times New Roman"/>
          <w:color w:val="000000" w:themeColor="text1"/>
          <w:sz w:val="24"/>
          <w:szCs w:val="24"/>
          <w:lang w:val="hu-HU"/>
        </w:rPr>
      </w:pPr>
      <w:r w:rsidRPr="002B478E">
        <w:rPr>
          <w:rFonts w:ascii="Times New Roman" w:hAnsi="Times New Roman" w:cs="Times New Roman"/>
          <w:b/>
          <w:bCs/>
          <w:color w:val="000000" w:themeColor="text1"/>
          <w:sz w:val="24"/>
          <w:szCs w:val="24"/>
          <w:lang w:val="hu-HU"/>
        </w:rPr>
        <w:br w:type="page"/>
      </w:r>
    </w:p>
    <w:p w14:paraId="2BDCA63A" w14:textId="77777777" w:rsidR="00117DA2" w:rsidRPr="0013032A" w:rsidRDefault="00117DA2" w:rsidP="00117DA2">
      <w:pPr>
        <w:pStyle w:val="Cmsor2"/>
        <w:spacing w:line="276" w:lineRule="auto"/>
        <w:rPr>
          <w:rFonts w:ascii="Times New Roman" w:hAnsi="Times New Roman" w:cs="Times New Roman"/>
          <w:i/>
          <w:iCs/>
          <w:color w:val="000000" w:themeColor="text1"/>
          <w:sz w:val="24"/>
          <w:szCs w:val="24"/>
          <w:lang w:val="hu-HU"/>
        </w:rPr>
      </w:pPr>
      <w:r w:rsidRPr="0013032A">
        <w:rPr>
          <w:rFonts w:ascii="Times New Roman" w:hAnsi="Times New Roman" w:cs="Times New Roman"/>
          <w:i/>
          <w:iCs/>
          <w:color w:val="000000" w:themeColor="text1"/>
          <w:sz w:val="24"/>
          <w:szCs w:val="24"/>
          <w:lang w:val="hu-HU"/>
        </w:rPr>
        <w:lastRenderedPageBreak/>
        <w:t>1. számú melléklet</w:t>
      </w:r>
    </w:p>
    <w:p w14:paraId="4AE1C773" w14:textId="77777777" w:rsidR="00117DA2" w:rsidRPr="0013032A" w:rsidRDefault="00117DA2" w:rsidP="002E756A">
      <w:pPr>
        <w:pStyle w:val="Cmsor2"/>
        <w:spacing w:line="276" w:lineRule="auto"/>
        <w:jc w:val="center"/>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Jelenléti ív</w:t>
      </w:r>
    </w:p>
    <w:p w14:paraId="52AD7273" w14:textId="336AF87F" w:rsidR="00117DA2" w:rsidRPr="0013032A" w:rsidRDefault="00117DA2" w:rsidP="002E756A">
      <w:pPr>
        <w:pStyle w:val="Cmsor2"/>
        <w:spacing w:line="276" w:lineRule="auto"/>
        <w:rPr>
          <w:rFonts w:ascii="Times New Roman" w:hAnsi="Times New Roman" w:cs="Times New Roman"/>
          <w:b w:val="0"/>
          <w:bCs w:val="0"/>
          <w:i/>
          <w:iCs/>
          <w:color w:val="000000" w:themeColor="text1"/>
          <w:sz w:val="24"/>
          <w:szCs w:val="24"/>
          <w:lang w:val="hu-HU"/>
        </w:rPr>
      </w:pPr>
      <w:r w:rsidRPr="0013032A">
        <w:rPr>
          <w:rFonts w:ascii="Times New Roman" w:hAnsi="Times New Roman" w:cs="Times New Roman"/>
          <w:b w:val="0"/>
          <w:bCs w:val="0"/>
          <w:i/>
          <w:iCs/>
          <w:color w:val="000000" w:themeColor="text1"/>
          <w:sz w:val="24"/>
          <w:szCs w:val="24"/>
          <w:lang w:val="hu-HU"/>
        </w:rPr>
        <w:t>Dátum</w:t>
      </w:r>
      <w:r w:rsidR="002E756A" w:rsidRPr="002E756A">
        <w:rPr>
          <w:rFonts w:ascii="Times New Roman" w:hAnsi="Times New Roman" w:cs="Times New Roman"/>
          <w:b w:val="0"/>
          <w:bCs w:val="0"/>
          <w:i/>
          <w:iCs/>
          <w:color w:val="000000" w:themeColor="text1"/>
          <w:sz w:val="24"/>
          <w:szCs w:val="24"/>
          <w:lang w:val="hu-HU"/>
        </w:rPr>
        <w:t>:</w:t>
      </w:r>
    </w:p>
    <w:p w14:paraId="630C804A" w14:textId="29CBDEB4" w:rsidR="00117DA2" w:rsidRPr="002E756A" w:rsidRDefault="00117DA2" w:rsidP="002E756A">
      <w:pPr>
        <w:pStyle w:val="Cmsor2"/>
        <w:spacing w:line="276" w:lineRule="auto"/>
        <w:rPr>
          <w:rFonts w:ascii="Times New Roman" w:hAnsi="Times New Roman" w:cs="Times New Roman"/>
          <w:b w:val="0"/>
          <w:bCs w:val="0"/>
          <w:i/>
          <w:iCs/>
          <w:color w:val="000000" w:themeColor="text1"/>
          <w:sz w:val="24"/>
          <w:szCs w:val="24"/>
          <w:lang w:val="hu-HU"/>
        </w:rPr>
      </w:pPr>
      <w:r w:rsidRPr="0013032A">
        <w:rPr>
          <w:rFonts w:ascii="Times New Roman" w:hAnsi="Times New Roman" w:cs="Times New Roman"/>
          <w:b w:val="0"/>
          <w:bCs w:val="0"/>
          <w:i/>
          <w:iCs/>
          <w:color w:val="000000" w:themeColor="text1"/>
          <w:sz w:val="24"/>
          <w:szCs w:val="24"/>
          <w:lang w:val="hu-HU"/>
        </w:rPr>
        <w:t>Helyszín</w:t>
      </w:r>
      <w:r w:rsidR="002E756A" w:rsidRPr="002E756A">
        <w:rPr>
          <w:rFonts w:ascii="Times New Roman" w:hAnsi="Times New Roman" w:cs="Times New Roman"/>
          <w:b w:val="0"/>
          <w:bCs w:val="0"/>
          <w:i/>
          <w:iCs/>
          <w:color w:val="000000" w:themeColor="text1"/>
          <w:sz w:val="24"/>
          <w:szCs w:val="24"/>
          <w:lang w:val="hu-HU"/>
        </w:rPr>
        <w:t>:</w:t>
      </w:r>
    </w:p>
    <w:p w14:paraId="01529F07" w14:textId="7CA8F410" w:rsidR="002E756A" w:rsidRPr="002E756A" w:rsidRDefault="002E756A" w:rsidP="002E756A">
      <w:pPr>
        <w:pStyle w:val="Cmsor2"/>
        <w:spacing w:line="276" w:lineRule="auto"/>
        <w:rPr>
          <w:rFonts w:ascii="Times New Roman" w:hAnsi="Times New Roman" w:cs="Times New Roman"/>
          <w:b w:val="0"/>
          <w:bCs w:val="0"/>
          <w:i/>
          <w:iCs/>
          <w:color w:val="000000" w:themeColor="text1"/>
          <w:sz w:val="24"/>
          <w:szCs w:val="24"/>
          <w:lang w:val="hu-HU"/>
        </w:rPr>
      </w:pPr>
      <w:r w:rsidRPr="002E756A">
        <w:rPr>
          <w:rFonts w:ascii="Times New Roman" w:hAnsi="Times New Roman" w:cs="Times New Roman"/>
          <w:b w:val="0"/>
          <w:bCs w:val="0"/>
          <w:i/>
          <w:iCs/>
          <w:color w:val="000000" w:themeColor="text1"/>
          <w:sz w:val="24"/>
          <w:szCs w:val="24"/>
          <w:lang w:val="hu-HU"/>
        </w:rPr>
        <w:t>Ülés témája:</w:t>
      </w:r>
    </w:p>
    <w:p w14:paraId="73B58223" w14:textId="77777777" w:rsidR="002E756A" w:rsidRPr="0013032A" w:rsidRDefault="002E756A" w:rsidP="002E756A">
      <w:pPr>
        <w:rPr>
          <w:lang w:val="hu-HU"/>
        </w:rPr>
      </w:pPr>
    </w:p>
    <w:tbl>
      <w:tblPr>
        <w:tblStyle w:val="Rcsostblzat"/>
        <w:tblW w:w="0" w:type="auto"/>
        <w:tblLook w:val="04A0" w:firstRow="1" w:lastRow="0" w:firstColumn="1" w:lastColumn="0" w:noHBand="0" w:noVBand="1"/>
      </w:tblPr>
      <w:tblGrid>
        <w:gridCol w:w="4254"/>
        <w:gridCol w:w="4268"/>
      </w:tblGrid>
      <w:tr w:rsidR="002E756A" w14:paraId="1D5319B2" w14:textId="77777777" w:rsidTr="002E756A">
        <w:tc>
          <w:tcPr>
            <w:tcW w:w="4390" w:type="dxa"/>
          </w:tcPr>
          <w:p w14:paraId="4621EF0F" w14:textId="034AF35F" w:rsidR="002E756A" w:rsidRDefault="002E756A" w:rsidP="002E756A">
            <w:pPr>
              <w:jc w:val="center"/>
              <w:rPr>
                <w:lang w:val="hu-HU"/>
              </w:rPr>
            </w:pPr>
            <w:r>
              <w:rPr>
                <w:lang w:val="hu-HU"/>
              </w:rPr>
              <w:t>NÉV</w:t>
            </w:r>
          </w:p>
        </w:tc>
        <w:tc>
          <w:tcPr>
            <w:tcW w:w="4390" w:type="dxa"/>
          </w:tcPr>
          <w:p w14:paraId="1EDCF296" w14:textId="380B35F8" w:rsidR="002E756A" w:rsidRDefault="002E756A" w:rsidP="002E756A">
            <w:pPr>
              <w:jc w:val="center"/>
              <w:rPr>
                <w:lang w:val="hu-HU"/>
              </w:rPr>
            </w:pPr>
            <w:r>
              <w:rPr>
                <w:lang w:val="hu-HU"/>
              </w:rPr>
              <w:t>ALÁÍRÁS</w:t>
            </w:r>
          </w:p>
        </w:tc>
      </w:tr>
      <w:tr w:rsidR="002E756A" w14:paraId="00C9A81D" w14:textId="77777777" w:rsidTr="002E756A">
        <w:tc>
          <w:tcPr>
            <w:tcW w:w="4390" w:type="dxa"/>
          </w:tcPr>
          <w:p w14:paraId="180D73CB" w14:textId="77777777" w:rsidR="002E756A" w:rsidRDefault="002E756A" w:rsidP="002E756A">
            <w:pPr>
              <w:jc w:val="center"/>
              <w:rPr>
                <w:lang w:val="hu-HU"/>
              </w:rPr>
            </w:pPr>
          </w:p>
        </w:tc>
        <w:tc>
          <w:tcPr>
            <w:tcW w:w="4390" w:type="dxa"/>
          </w:tcPr>
          <w:p w14:paraId="571FFA14" w14:textId="77777777" w:rsidR="002E756A" w:rsidRDefault="002E756A" w:rsidP="002E756A">
            <w:pPr>
              <w:jc w:val="center"/>
              <w:rPr>
                <w:lang w:val="hu-HU"/>
              </w:rPr>
            </w:pPr>
          </w:p>
        </w:tc>
      </w:tr>
      <w:tr w:rsidR="002E756A" w14:paraId="2F1F2E7B" w14:textId="77777777" w:rsidTr="002E756A">
        <w:tc>
          <w:tcPr>
            <w:tcW w:w="4390" w:type="dxa"/>
          </w:tcPr>
          <w:p w14:paraId="534301A7" w14:textId="77777777" w:rsidR="002E756A" w:rsidRDefault="002E756A" w:rsidP="002E756A">
            <w:pPr>
              <w:jc w:val="center"/>
              <w:rPr>
                <w:lang w:val="hu-HU"/>
              </w:rPr>
            </w:pPr>
          </w:p>
        </w:tc>
        <w:tc>
          <w:tcPr>
            <w:tcW w:w="4390" w:type="dxa"/>
          </w:tcPr>
          <w:p w14:paraId="4CA34872" w14:textId="77777777" w:rsidR="002E756A" w:rsidRDefault="002E756A" w:rsidP="002E756A">
            <w:pPr>
              <w:jc w:val="center"/>
              <w:rPr>
                <w:lang w:val="hu-HU"/>
              </w:rPr>
            </w:pPr>
          </w:p>
        </w:tc>
      </w:tr>
      <w:tr w:rsidR="002E756A" w14:paraId="40EF96BA" w14:textId="77777777" w:rsidTr="002E756A">
        <w:tc>
          <w:tcPr>
            <w:tcW w:w="4390" w:type="dxa"/>
          </w:tcPr>
          <w:p w14:paraId="5A470231" w14:textId="77777777" w:rsidR="002E756A" w:rsidRDefault="002E756A" w:rsidP="002E756A">
            <w:pPr>
              <w:jc w:val="center"/>
              <w:rPr>
                <w:lang w:val="hu-HU"/>
              </w:rPr>
            </w:pPr>
          </w:p>
        </w:tc>
        <w:tc>
          <w:tcPr>
            <w:tcW w:w="4390" w:type="dxa"/>
          </w:tcPr>
          <w:p w14:paraId="712C0603" w14:textId="77777777" w:rsidR="002E756A" w:rsidRDefault="002E756A" w:rsidP="002E756A">
            <w:pPr>
              <w:jc w:val="center"/>
              <w:rPr>
                <w:lang w:val="hu-HU"/>
              </w:rPr>
            </w:pPr>
          </w:p>
        </w:tc>
      </w:tr>
      <w:tr w:rsidR="002E756A" w14:paraId="5133A141" w14:textId="77777777" w:rsidTr="002E756A">
        <w:tc>
          <w:tcPr>
            <w:tcW w:w="4390" w:type="dxa"/>
          </w:tcPr>
          <w:p w14:paraId="42763E4E" w14:textId="77777777" w:rsidR="002E756A" w:rsidRDefault="002E756A" w:rsidP="002E756A">
            <w:pPr>
              <w:jc w:val="center"/>
              <w:rPr>
                <w:lang w:val="hu-HU"/>
              </w:rPr>
            </w:pPr>
          </w:p>
        </w:tc>
        <w:tc>
          <w:tcPr>
            <w:tcW w:w="4390" w:type="dxa"/>
          </w:tcPr>
          <w:p w14:paraId="4D40FCEB" w14:textId="77777777" w:rsidR="002E756A" w:rsidRDefault="002E756A" w:rsidP="002E756A">
            <w:pPr>
              <w:jc w:val="center"/>
              <w:rPr>
                <w:lang w:val="hu-HU"/>
              </w:rPr>
            </w:pPr>
          </w:p>
        </w:tc>
      </w:tr>
      <w:tr w:rsidR="002E756A" w14:paraId="0C9C689C" w14:textId="77777777" w:rsidTr="002E756A">
        <w:tc>
          <w:tcPr>
            <w:tcW w:w="4390" w:type="dxa"/>
          </w:tcPr>
          <w:p w14:paraId="44BE2B4E" w14:textId="77777777" w:rsidR="002E756A" w:rsidRDefault="002E756A" w:rsidP="002E756A">
            <w:pPr>
              <w:jc w:val="center"/>
              <w:rPr>
                <w:lang w:val="hu-HU"/>
              </w:rPr>
            </w:pPr>
          </w:p>
        </w:tc>
        <w:tc>
          <w:tcPr>
            <w:tcW w:w="4390" w:type="dxa"/>
          </w:tcPr>
          <w:p w14:paraId="4E90305E" w14:textId="77777777" w:rsidR="002E756A" w:rsidRDefault="002E756A" w:rsidP="002E756A">
            <w:pPr>
              <w:jc w:val="center"/>
              <w:rPr>
                <w:lang w:val="hu-HU"/>
              </w:rPr>
            </w:pPr>
          </w:p>
        </w:tc>
      </w:tr>
      <w:tr w:rsidR="002E756A" w14:paraId="3507CADC" w14:textId="77777777" w:rsidTr="002E756A">
        <w:tc>
          <w:tcPr>
            <w:tcW w:w="4390" w:type="dxa"/>
          </w:tcPr>
          <w:p w14:paraId="6765CFB5" w14:textId="77777777" w:rsidR="002E756A" w:rsidRDefault="002E756A" w:rsidP="002E756A">
            <w:pPr>
              <w:jc w:val="center"/>
              <w:rPr>
                <w:lang w:val="hu-HU"/>
              </w:rPr>
            </w:pPr>
          </w:p>
        </w:tc>
        <w:tc>
          <w:tcPr>
            <w:tcW w:w="4390" w:type="dxa"/>
          </w:tcPr>
          <w:p w14:paraId="47DE44F2" w14:textId="77777777" w:rsidR="002E756A" w:rsidRDefault="002E756A" w:rsidP="002E756A">
            <w:pPr>
              <w:jc w:val="center"/>
              <w:rPr>
                <w:lang w:val="hu-HU"/>
              </w:rPr>
            </w:pPr>
          </w:p>
        </w:tc>
      </w:tr>
      <w:tr w:rsidR="002E756A" w14:paraId="39D949B7" w14:textId="77777777" w:rsidTr="002E756A">
        <w:tc>
          <w:tcPr>
            <w:tcW w:w="4390" w:type="dxa"/>
          </w:tcPr>
          <w:p w14:paraId="06FE36B0" w14:textId="77777777" w:rsidR="002E756A" w:rsidRDefault="002E756A" w:rsidP="002E756A">
            <w:pPr>
              <w:jc w:val="center"/>
              <w:rPr>
                <w:lang w:val="hu-HU"/>
              </w:rPr>
            </w:pPr>
          </w:p>
        </w:tc>
        <w:tc>
          <w:tcPr>
            <w:tcW w:w="4390" w:type="dxa"/>
          </w:tcPr>
          <w:p w14:paraId="6184AC77" w14:textId="77777777" w:rsidR="002E756A" w:rsidRDefault="002E756A" w:rsidP="002E756A">
            <w:pPr>
              <w:jc w:val="center"/>
              <w:rPr>
                <w:lang w:val="hu-HU"/>
              </w:rPr>
            </w:pPr>
          </w:p>
        </w:tc>
      </w:tr>
    </w:tbl>
    <w:p w14:paraId="1F0BCF6E" w14:textId="77777777" w:rsidR="002B478E" w:rsidRPr="0013032A" w:rsidRDefault="002B478E" w:rsidP="002B478E">
      <w:pPr>
        <w:rPr>
          <w:lang w:val="hu-HU"/>
        </w:rPr>
      </w:pPr>
    </w:p>
    <w:p w14:paraId="6DED81CF" w14:textId="77777777" w:rsidR="002E756A" w:rsidRDefault="002E756A" w:rsidP="00117DA2">
      <w:pPr>
        <w:pStyle w:val="Cmsor2"/>
        <w:spacing w:line="276" w:lineRule="auto"/>
        <w:rPr>
          <w:rFonts w:ascii="Times New Roman" w:hAnsi="Times New Roman" w:cs="Times New Roman"/>
          <w:i/>
          <w:iCs/>
          <w:color w:val="000000" w:themeColor="text1"/>
          <w:sz w:val="24"/>
          <w:szCs w:val="24"/>
          <w:lang w:val="hu-HU"/>
        </w:rPr>
      </w:pPr>
    </w:p>
    <w:p w14:paraId="69671CF9" w14:textId="77777777" w:rsidR="002E756A" w:rsidRDefault="002E756A" w:rsidP="00117DA2">
      <w:pPr>
        <w:pStyle w:val="Cmsor2"/>
        <w:spacing w:line="276" w:lineRule="auto"/>
        <w:rPr>
          <w:rFonts w:ascii="Times New Roman" w:hAnsi="Times New Roman" w:cs="Times New Roman"/>
          <w:i/>
          <w:iCs/>
          <w:color w:val="000000" w:themeColor="text1"/>
          <w:sz w:val="24"/>
          <w:szCs w:val="24"/>
          <w:lang w:val="hu-HU"/>
        </w:rPr>
      </w:pPr>
    </w:p>
    <w:p w14:paraId="380E26AA" w14:textId="77777777" w:rsidR="002E756A" w:rsidRDefault="002E756A" w:rsidP="00117DA2">
      <w:pPr>
        <w:pStyle w:val="Cmsor2"/>
        <w:spacing w:line="276" w:lineRule="auto"/>
        <w:rPr>
          <w:rFonts w:ascii="Times New Roman" w:hAnsi="Times New Roman" w:cs="Times New Roman"/>
          <w:i/>
          <w:iCs/>
          <w:color w:val="000000" w:themeColor="text1"/>
          <w:sz w:val="24"/>
          <w:szCs w:val="24"/>
          <w:lang w:val="hu-HU"/>
        </w:rPr>
      </w:pPr>
    </w:p>
    <w:p w14:paraId="77216109" w14:textId="77777777" w:rsidR="002E756A" w:rsidRDefault="002E756A" w:rsidP="00117DA2">
      <w:pPr>
        <w:pStyle w:val="Cmsor2"/>
        <w:spacing w:line="276" w:lineRule="auto"/>
        <w:rPr>
          <w:rFonts w:ascii="Times New Roman" w:hAnsi="Times New Roman" w:cs="Times New Roman"/>
          <w:i/>
          <w:iCs/>
          <w:color w:val="000000" w:themeColor="text1"/>
          <w:sz w:val="24"/>
          <w:szCs w:val="24"/>
          <w:lang w:val="hu-HU"/>
        </w:rPr>
      </w:pPr>
    </w:p>
    <w:p w14:paraId="1D26D417" w14:textId="77777777" w:rsidR="002E756A" w:rsidRDefault="002E756A" w:rsidP="00117DA2">
      <w:pPr>
        <w:pStyle w:val="Cmsor2"/>
        <w:spacing w:line="276" w:lineRule="auto"/>
        <w:rPr>
          <w:rFonts w:ascii="Times New Roman" w:hAnsi="Times New Roman" w:cs="Times New Roman"/>
          <w:i/>
          <w:iCs/>
          <w:color w:val="000000" w:themeColor="text1"/>
          <w:sz w:val="24"/>
          <w:szCs w:val="24"/>
          <w:lang w:val="hu-HU"/>
        </w:rPr>
      </w:pPr>
    </w:p>
    <w:p w14:paraId="0FB3C01D" w14:textId="77777777" w:rsidR="002E756A" w:rsidRDefault="002E756A" w:rsidP="00117DA2">
      <w:pPr>
        <w:pStyle w:val="Cmsor2"/>
        <w:spacing w:line="276" w:lineRule="auto"/>
        <w:rPr>
          <w:rFonts w:ascii="Times New Roman" w:hAnsi="Times New Roman" w:cs="Times New Roman"/>
          <w:i/>
          <w:iCs/>
          <w:color w:val="000000" w:themeColor="text1"/>
          <w:sz w:val="24"/>
          <w:szCs w:val="24"/>
          <w:lang w:val="hu-HU"/>
        </w:rPr>
      </w:pPr>
    </w:p>
    <w:p w14:paraId="431607AC" w14:textId="77777777" w:rsidR="002E756A" w:rsidRDefault="002E756A" w:rsidP="00117DA2">
      <w:pPr>
        <w:pStyle w:val="Cmsor2"/>
        <w:spacing w:line="276" w:lineRule="auto"/>
        <w:rPr>
          <w:rFonts w:ascii="Times New Roman" w:hAnsi="Times New Roman" w:cs="Times New Roman"/>
          <w:i/>
          <w:iCs/>
          <w:color w:val="000000" w:themeColor="text1"/>
          <w:sz w:val="24"/>
          <w:szCs w:val="24"/>
          <w:lang w:val="hu-HU"/>
        </w:rPr>
      </w:pPr>
    </w:p>
    <w:p w14:paraId="5D3256FE" w14:textId="77777777" w:rsidR="002E756A" w:rsidRDefault="002E756A" w:rsidP="00117DA2">
      <w:pPr>
        <w:pStyle w:val="Cmsor2"/>
        <w:spacing w:line="276" w:lineRule="auto"/>
        <w:rPr>
          <w:rFonts w:ascii="Times New Roman" w:hAnsi="Times New Roman" w:cs="Times New Roman"/>
          <w:i/>
          <w:iCs/>
          <w:color w:val="000000" w:themeColor="text1"/>
          <w:sz w:val="24"/>
          <w:szCs w:val="24"/>
          <w:lang w:val="hu-HU"/>
        </w:rPr>
      </w:pPr>
    </w:p>
    <w:p w14:paraId="100CBBA2" w14:textId="77777777" w:rsidR="002E756A" w:rsidRDefault="002E756A" w:rsidP="00117DA2">
      <w:pPr>
        <w:pStyle w:val="Cmsor2"/>
        <w:spacing w:line="276" w:lineRule="auto"/>
        <w:rPr>
          <w:rFonts w:ascii="Times New Roman" w:hAnsi="Times New Roman" w:cs="Times New Roman"/>
          <w:i/>
          <w:iCs/>
          <w:color w:val="000000" w:themeColor="text1"/>
          <w:sz w:val="24"/>
          <w:szCs w:val="24"/>
          <w:lang w:val="hu-HU"/>
        </w:rPr>
      </w:pPr>
    </w:p>
    <w:p w14:paraId="2434C22C" w14:textId="77777777" w:rsidR="002E756A" w:rsidRDefault="002E756A">
      <w:pPr>
        <w:rPr>
          <w:rFonts w:ascii="Times New Roman" w:eastAsiaTheme="majorEastAsia" w:hAnsi="Times New Roman" w:cs="Times New Roman"/>
          <w:b/>
          <w:bCs/>
          <w:i/>
          <w:iCs/>
          <w:color w:val="000000" w:themeColor="text1"/>
          <w:sz w:val="24"/>
          <w:szCs w:val="24"/>
          <w:lang w:val="hu-HU"/>
        </w:rPr>
      </w:pPr>
      <w:r>
        <w:rPr>
          <w:rFonts w:ascii="Times New Roman" w:hAnsi="Times New Roman" w:cs="Times New Roman"/>
          <w:i/>
          <w:iCs/>
          <w:color w:val="000000" w:themeColor="text1"/>
          <w:sz w:val="24"/>
          <w:szCs w:val="24"/>
          <w:lang w:val="hu-HU"/>
        </w:rPr>
        <w:br w:type="page"/>
      </w:r>
    </w:p>
    <w:p w14:paraId="534E62C1" w14:textId="00F72435" w:rsidR="00117DA2" w:rsidRPr="0013032A" w:rsidRDefault="00117DA2" w:rsidP="002E756A">
      <w:pPr>
        <w:pStyle w:val="Cmsor2"/>
        <w:spacing w:line="276" w:lineRule="auto"/>
        <w:rPr>
          <w:rFonts w:ascii="Times New Roman" w:hAnsi="Times New Roman" w:cs="Times New Roman"/>
          <w:i/>
          <w:iCs/>
          <w:color w:val="000000" w:themeColor="text1"/>
          <w:sz w:val="24"/>
          <w:szCs w:val="24"/>
          <w:lang w:val="hu-HU"/>
        </w:rPr>
      </w:pPr>
      <w:r w:rsidRPr="0013032A">
        <w:rPr>
          <w:rFonts w:ascii="Times New Roman" w:hAnsi="Times New Roman" w:cs="Times New Roman"/>
          <w:i/>
          <w:iCs/>
          <w:color w:val="000000" w:themeColor="text1"/>
          <w:sz w:val="24"/>
          <w:szCs w:val="24"/>
          <w:lang w:val="hu-HU"/>
        </w:rPr>
        <w:lastRenderedPageBreak/>
        <w:t>2. számú melléklet</w:t>
      </w:r>
    </w:p>
    <w:p w14:paraId="012F6739" w14:textId="7C93375C" w:rsidR="00117DA2" w:rsidRPr="0013032A" w:rsidRDefault="00117DA2" w:rsidP="002E756A">
      <w:pPr>
        <w:pStyle w:val="Cmsor2"/>
        <w:spacing w:line="276" w:lineRule="auto"/>
        <w:jc w:val="center"/>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Jegyzőkönyv</w:t>
      </w:r>
    </w:p>
    <w:p w14:paraId="1297B8C5"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Ülés dátuma:</w:t>
      </w:r>
    </w:p>
    <w:p w14:paraId="619826D9"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Helyszín:</w:t>
      </w:r>
    </w:p>
    <w:p w14:paraId="388FB0A0" w14:textId="7B77CCA7" w:rsidR="002E756A" w:rsidRDefault="00117DA2" w:rsidP="002E756A">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Jelenlévők:</w:t>
      </w:r>
    </w:p>
    <w:tbl>
      <w:tblPr>
        <w:tblStyle w:val="Rcsostblzat"/>
        <w:tblpPr w:leftFromText="141" w:rightFromText="141" w:vertAnchor="text" w:horzAnchor="margin" w:tblpY="81"/>
        <w:tblW w:w="0" w:type="auto"/>
        <w:tblLook w:val="04A0" w:firstRow="1" w:lastRow="0" w:firstColumn="1" w:lastColumn="0" w:noHBand="0" w:noVBand="1"/>
      </w:tblPr>
      <w:tblGrid>
        <w:gridCol w:w="2900"/>
        <w:gridCol w:w="2810"/>
        <w:gridCol w:w="2812"/>
      </w:tblGrid>
      <w:tr w:rsidR="002E756A" w14:paraId="1098F1AD" w14:textId="77777777" w:rsidTr="002E756A">
        <w:tc>
          <w:tcPr>
            <w:tcW w:w="3034" w:type="dxa"/>
          </w:tcPr>
          <w:p w14:paraId="5442454A" w14:textId="77777777" w:rsidR="002E756A" w:rsidRPr="002E756A" w:rsidRDefault="002E756A" w:rsidP="002E756A">
            <w:pPr>
              <w:jc w:val="center"/>
              <w:rPr>
                <w:rFonts w:ascii="Times New Roman" w:hAnsi="Times New Roman" w:cs="Times New Roman"/>
                <w:lang w:val="hu-HU"/>
              </w:rPr>
            </w:pPr>
            <w:r w:rsidRPr="002E756A">
              <w:rPr>
                <w:rFonts w:ascii="Times New Roman" w:hAnsi="Times New Roman" w:cs="Times New Roman"/>
                <w:lang w:val="hu-HU"/>
              </w:rPr>
              <w:t>NÉV</w:t>
            </w:r>
          </w:p>
        </w:tc>
        <w:tc>
          <w:tcPr>
            <w:tcW w:w="2911" w:type="dxa"/>
          </w:tcPr>
          <w:p w14:paraId="0D68FC8E" w14:textId="77777777" w:rsidR="002E756A" w:rsidRPr="002E756A" w:rsidRDefault="002E756A" w:rsidP="002E756A">
            <w:pPr>
              <w:jc w:val="center"/>
              <w:rPr>
                <w:rFonts w:ascii="Times New Roman" w:hAnsi="Times New Roman" w:cs="Times New Roman"/>
                <w:lang w:val="hu-HU"/>
              </w:rPr>
            </w:pPr>
            <w:r w:rsidRPr="002E756A">
              <w:rPr>
                <w:rFonts w:ascii="Times New Roman" w:hAnsi="Times New Roman" w:cs="Times New Roman"/>
                <w:lang w:val="hu-HU"/>
              </w:rPr>
              <w:t>TITULUS</w:t>
            </w:r>
          </w:p>
        </w:tc>
        <w:tc>
          <w:tcPr>
            <w:tcW w:w="2911" w:type="dxa"/>
          </w:tcPr>
          <w:p w14:paraId="0FAD90CE" w14:textId="77777777" w:rsidR="002E756A" w:rsidRPr="002E756A" w:rsidRDefault="002E756A" w:rsidP="002E756A">
            <w:pPr>
              <w:jc w:val="center"/>
              <w:rPr>
                <w:rFonts w:ascii="Times New Roman" w:hAnsi="Times New Roman" w:cs="Times New Roman"/>
                <w:lang w:val="hu-HU"/>
              </w:rPr>
            </w:pPr>
            <w:r w:rsidRPr="002E756A">
              <w:rPr>
                <w:rFonts w:ascii="Times New Roman" w:hAnsi="Times New Roman" w:cs="Times New Roman"/>
                <w:lang w:val="hu-HU"/>
              </w:rPr>
              <w:t>ALÁÍRÁS</w:t>
            </w:r>
          </w:p>
        </w:tc>
      </w:tr>
      <w:tr w:rsidR="002E756A" w14:paraId="70FFB8BA" w14:textId="77777777" w:rsidTr="002E756A">
        <w:tc>
          <w:tcPr>
            <w:tcW w:w="3034" w:type="dxa"/>
          </w:tcPr>
          <w:p w14:paraId="567C2E39" w14:textId="77777777" w:rsidR="002E756A" w:rsidRPr="002E756A" w:rsidRDefault="002E756A" w:rsidP="002E756A">
            <w:pPr>
              <w:jc w:val="center"/>
              <w:rPr>
                <w:rFonts w:ascii="Times New Roman" w:hAnsi="Times New Roman" w:cs="Times New Roman"/>
                <w:lang w:val="hu-HU"/>
              </w:rPr>
            </w:pPr>
          </w:p>
        </w:tc>
        <w:tc>
          <w:tcPr>
            <w:tcW w:w="2911" w:type="dxa"/>
          </w:tcPr>
          <w:p w14:paraId="75061945" w14:textId="77777777" w:rsidR="002E756A" w:rsidRPr="002E756A" w:rsidRDefault="002E756A" w:rsidP="002E756A">
            <w:pPr>
              <w:jc w:val="center"/>
              <w:rPr>
                <w:rFonts w:ascii="Times New Roman" w:hAnsi="Times New Roman" w:cs="Times New Roman"/>
                <w:lang w:val="hu-HU"/>
              </w:rPr>
            </w:pPr>
          </w:p>
        </w:tc>
        <w:tc>
          <w:tcPr>
            <w:tcW w:w="2911" w:type="dxa"/>
          </w:tcPr>
          <w:p w14:paraId="060460BC" w14:textId="77777777" w:rsidR="002E756A" w:rsidRPr="002E756A" w:rsidRDefault="002E756A" w:rsidP="002E756A">
            <w:pPr>
              <w:jc w:val="center"/>
              <w:rPr>
                <w:rFonts w:ascii="Times New Roman" w:hAnsi="Times New Roman" w:cs="Times New Roman"/>
                <w:lang w:val="hu-HU"/>
              </w:rPr>
            </w:pPr>
          </w:p>
        </w:tc>
      </w:tr>
      <w:tr w:rsidR="002E756A" w14:paraId="43F974A9" w14:textId="77777777" w:rsidTr="002E756A">
        <w:tc>
          <w:tcPr>
            <w:tcW w:w="3034" w:type="dxa"/>
          </w:tcPr>
          <w:p w14:paraId="1D5EACC3" w14:textId="77777777" w:rsidR="002E756A" w:rsidRPr="002E756A" w:rsidRDefault="002E756A" w:rsidP="002E756A">
            <w:pPr>
              <w:jc w:val="center"/>
              <w:rPr>
                <w:rFonts w:ascii="Times New Roman" w:hAnsi="Times New Roman" w:cs="Times New Roman"/>
                <w:lang w:val="hu-HU"/>
              </w:rPr>
            </w:pPr>
          </w:p>
        </w:tc>
        <w:tc>
          <w:tcPr>
            <w:tcW w:w="2911" w:type="dxa"/>
          </w:tcPr>
          <w:p w14:paraId="54166B9D" w14:textId="77777777" w:rsidR="002E756A" w:rsidRPr="002E756A" w:rsidRDefault="002E756A" w:rsidP="002E756A">
            <w:pPr>
              <w:jc w:val="center"/>
              <w:rPr>
                <w:rFonts w:ascii="Times New Roman" w:hAnsi="Times New Roman" w:cs="Times New Roman"/>
                <w:lang w:val="hu-HU"/>
              </w:rPr>
            </w:pPr>
          </w:p>
        </w:tc>
        <w:tc>
          <w:tcPr>
            <w:tcW w:w="2911" w:type="dxa"/>
          </w:tcPr>
          <w:p w14:paraId="7B2B3767" w14:textId="77777777" w:rsidR="002E756A" w:rsidRPr="002E756A" w:rsidRDefault="002E756A" w:rsidP="002E756A">
            <w:pPr>
              <w:jc w:val="center"/>
              <w:rPr>
                <w:rFonts w:ascii="Times New Roman" w:hAnsi="Times New Roman" w:cs="Times New Roman"/>
                <w:lang w:val="hu-HU"/>
              </w:rPr>
            </w:pPr>
          </w:p>
        </w:tc>
      </w:tr>
      <w:tr w:rsidR="002E756A" w14:paraId="7FB75F27" w14:textId="77777777" w:rsidTr="002E756A">
        <w:tc>
          <w:tcPr>
            <w:tcW w:w="3034" w:type="dxa"/>
          </w:tcPr>
          <w:p w14:paraId="53FD562E" w14:textId="77777777" w:rsidR="002E756A" w:rsidRPr="002E756A" w:rsidRDefault="002E756A" w:rsidP="002E756A">
            <w:pPr>
              <w:jc w:val="center"/>
              <w:rPr>
                <w:rFonts w:ascii="Times New Roman" w:hAnsi="Times New Roman" w:cs="Times New Roman"/>
                <w:lang w:val="hu-HU"/>
              </w:rPr>
            </w:pPr>
          </w:p>
        </w:tc>
        <w:tc>
          <w:tcPr>
            <w:tcW w:w="2911" w:type="dxa"/>
          </w:tcPr>
          <w:p w14:paraId="38DFF3EF" w14:textId="77777777" w:rsidR="002E756A" w:rsidRPr="002E756A" w:rsidRDefault="002E756A" w:rsidP="002E756A">
            <w:pPr>
              <w:jc w:val="center"/>
              <w:rPr>
                <w:rFonts w:ascii="Times New Roman" w:hAnsi="Times New Roman" w:cs="Times New Roman"/>
                <w:lang w:val="hu-HU"/>
              </w:rPr>
            </w:pPr>
          </w:p>
        </w:tc>
        <w:tc>
          <w:tcPr>
            <w:tcW w:w="2911" w:type="dxa"/>
          </w:tcPr>
          <w:p w14:paraId="029DEDC5" w14:textId="77777777" w:rsidR="002E756A" w:rsidRPr="002E756A" w:rsidRDefault="002E756A" w:rsidP="002E756A">
            <w:pPr>
              <w:jc w:val="center"/>
              <w:rPr>
                <w:rFonts w:ascii="Times New Roman" w:hAnsi="Times New Roman" w:cs="Times New Roman"/>
                <w:lang w:val="hu-HU"/>
              </w:rPr>
            </w:pPr>
          </w:p>
        </w:tc>
      </w:tr>
      <w:tr w:rsidR="002E756A" w14:paraId="3C44ECB0" w14:textId="77777777" w:rsidTr="002E756A">
        <w:tc>
          <w:tcPr>
            <w:tcW w:w="3034" w:type="dxa"/>
          </w:tcPr>
          <w:p w14:paraId="38CA4B0A" w14:textId="77777777" w:rsidR="002E756A" w:rsidRPr="002E756A" w:rsidRDefault="002E756A" w:rsidP="002E756A">
            <w:pPr>
              <w:jc w:val="center"/>
              <w:rPr>
                <w:rFonts w:ascii="Times New Roman" w:hAnsi="Times New Roman" w:cs="Times New Roman"/>
                <w:lang w:val="hu-HU"/>
              </w:rPr>
            </w:pPr>
          </w:p>
        </w:tc>
        <w:tc>
          <w:tcPr>
            <w:tcW w:w="2911" w:type="dxa"/>
          </w:tcPr>
          <w:p w14:paraId="43AD9061" w14:textId="77777777" w:rsidR="002E756A" w:rsidRPr="002E756A" w:rsidRDefault="002E756A" w:rsidP="002E756A">
            <w:pPr>
              <w:jc w:val="center"/>
              <w:rPr>
                <w:rFonts w:ascii="Times New Roman" w:hAnsi="Times New Roman" w:cs="Times New Roman"/>
                <w:lang w:val="hu-HU"/>
              </w:rPr>
            </w:pPr>
          </w:p>
        </w:tc>
        <w:tc>
          <w:tcPr>
            <w:tcW w:w="2911" w:type="dxa"/>
          </w:tcPr>
          <w:p w14:paraId="7488B998" w14:textId="77777777" w:rsidR="002E756A" w:rsidRPr="002E756A" w:rsidRDefault="002E756A" w:rsidP="002E756A">
            <w:pPr>
              <w:jc w:val="center"/>
              <w:rPr>
                <w:rFonts w:ascii="Times New Roman" w:hAnsi="Times New Roman" w:cs="Times New Roman"/>
                <w:lang w:val="hu-HU"/>
              </w:rPr>
            </w:pPr>
          </w:p>
        </w:tc>
      </w:tr>
      <w:tr w:rsidR="002E756A" w14:paraId="0D117B96" w14:textId="77777777" w:rsidTr="002E756A">
        <w:tc>
          <w:tcPr>
            <w:tcW w:w="3034" w:type="dxa"/>
          </w:tcPr>
          <w:p w14:paraId="3B38E824" w14:textId="77777777" w:rsidR="002E756A" w:rsidRPr="002E756A" w:rsidRDefault="002E756A" w:rsidP="002E756A">
            <w:pPr>
              <w:jc w:val="center"/>
              <w:rPr>
                <w:rFonts w:ascii="Times New Roman" w:hAnsi="Times New Roman" w:cs="Times New Roman"/>
                <w:lang w:val="hu-HU"/>
              </w:rPr>
            </w:pPr>
          </w:p>
        </w:tc>
        <w:tc>
          <w:tcPr>
            <w:tcW w:w="2911" w:type="dxa"/>
          </w:tcPr>
          <w:p w14:paraId="112E7C81" w14:textId="77777777" w:rsidR="002E756A" w:rsidRPr="002E756A" w:rsidRDefault="002E756A" w:rsidP="002E756A">
            <w:pPr>
              <w:jc w:val="center"/>
              <w:rPr>
                <w:rFonts w:ascii="Times New Roman" w:hAnsi="Times New Roman" w:cs="Times New Roman"/>
                <w:lang w:val="hu-HU"/>
              </w:rPr>
            </w:pPr>
          </w:p>
        </w:tc>
        <w:tc>
          <w:tcPr>
            <w:tcW w:w="2911" w:type="dxa"/>
          </w:tcPr>
          <w:p w14:paraId="3F6B2905" w14:textId="77777777" w:rsidR="002E756A" w:rsidRPr="002E756A" w:rsidRDefault="002E756A" w:rsidP="002E756A">
            <w:pPr>
              <w:jc w:val="center"/>
              <w:rPr>
                <w:rFonts w:ascii="Times New Roman" w:hAnsi="Times New Roman" w:cs="Times New Roman"/>
                <w:lang w:val="hu-HU"/>
              </w:rPr>
            </w:pPr>
          </w:p>
        </w:tc>
      </w:tr>
      <w:tr w:rsidR="002E756A" w14:paraId="2ECFCFBA" w14:textId="77777777" w:rsidTr="002E756A">
        <w:tc>
          <w:tcPr>
            <w:tcW w:w="3034" w:type="dxa"/>
          </w:tcPr>
          <w:p w14:paraId="72BEEA01" w14:textId="77777777" w:rsidR="002E756A" w:rsidRPr="002E756A" w:rsidRDefault="002E756A" w:rsidP="002E756A">
            <w:pPr>
              <w:jc w:val="center"/>
              <w:rPr>
                <w:rFonts w:ascii="Times New Roman" w:hAnsi="Times New Roman" w:cs="Times New Roman"/>
                <w:lang w:val="hu-HU"/>
              </w:rPr>
            </w:pPr>
          </w:p>
        </w:tc>
        <w:tc>
          <w:tcPr>
            <w:tcW w:w="2911" w:type="dxa"/>
          </w:tcPr>
          <w:p w14:paraId="21241144" w14:textId="77777777" w:rsidR="002E756A" w:rsidRPr="002E756A" w:rsidRDefault="002E756A" w:rsidP="002E756A">
            <w:pPr>
              <w:jc w:val="center"/>
              <w:rPr>
                <w:rFonts w:ascii="Times New Roman" w:hAnsi="Times New Roman" w:cs="Times New Roman"/>
                <w:lang w:val="hu-HU"/>
              </w:rPr>
            </w:pPr>
          </w:p>
        </w:tc>
        <w:tc>
          <w:tcPr>
            <w:tcW w:w="2911" w:type="dxa"/>
          </w:tcPr>
          <w:p w14:paraId="7FB71C90" w14:textId="77777777" w:rsidR="002E756A" w:rsidRPr="002E756A" w:rsidRDefault="002E756A" w:rsidP="002E756A">
            <w:pPr>
              <w:jc w:val="center"/>
              <w:rPr>
                <w:rFonts w:ascii="Times New Roman" w:hAnsi="Times New Roman" w:cs="Times New Roman"/>
                <w:lang w:val="hu-HU"/>
              </w:rPr>
            </w:pPr>
          </w:p>
        </w:tc>
      </w:tr>
      <w:tr w:rsidR="002E756A" w14:paraId="690EBE84" w14:textId="77777777" w:rsidTr="002E756A">
        <w:tc>
          <w:tcPr>
            <w:tcW w:w="3034" w:type="dxa"/>
          </w:tcPr>
          <w:p w14:paraId="7560DF85" w14:textId="77777777" w:rsidR="002E756A" w:rsidRPr="002E756A" w:rsidRDefault="002E756A" w:rsidP="002E756A">
            <w:pPr>
              <w:jc w:val="center"/>
              <w:rPr>
                <w:rFonts w:ascii="Times New Roman" w:hAnsi="Times New Roman" w:cs="Times New Roman"/>
                <w:lang w:val="hu-HU"/>
              </w:rPr>
            </w:pPr>
          </w:p>
        </w:tc>
        <w:tc>
          <w:tcPr>
            <w:tcW w:w="2911" w:type="dxa"/>
          </w:tcPr>
          <w:p w14:paraId="206BE010" w14:textId="77777777" w:rsidR="002E756A" w:rsidRPr="002E756A" w:rsidRDefault="002E756A" w:rsidP="002E756A">
            <w:pPr>
              <w:jc w:val="center"/>
              <w:rPr>
                <w:rFonts w:ascii="Times New Roman" w:hAnsi="Times New Roman" w:cs="Times New Roman"/>
                <w:lang w:val="hu-HU"/>
              </w:rPr>
            </w:pPr>
          </w:p>
        </w:tc>
        <w:tc>
          <w:tcPr>
            <w:tcW w:w="2911" w:type="dxa"/>
          </w:tcPr>
          <w:p w14:paraId="657F8B45" w14:textId="77777777" w:rsidR="002E756A" w:rsidRPr="002E756A" w:rsidRDefault="002E756A" w:rsidP="002E756A">
            <w:pPr>
              <w:jc w:val="center"/>
              <w:rPr>
                <w:rFonts w:ascii="Times New Roman" w:hAnsi="Times New Roman" w:cs="Times New Roman"/>
                <w:lang w:val="hu-HU"/>
              </w:rPr>
            </w:pPr>
          </w:p>
        </w:tc>
      </w:tr>
    </w:tbl>
    <w:p w14:paraId="44CDEF8F" w14:textId="77777777" w:rsidR="002E756A" w:rsidRDefault="002E756A" w:rsidP="002E756A">
      <w:pPr>
        <w:rPr>
          <w:rFonts w:ascii="Times New Roman" w:hAnsi="Times New Roman" w:cs="Times New Roman"/>
          <w:sz w:val="24"/>
          <w:szCs w:val="24"/>
          <w:lang w:val="hu-HU"/>
        </w:rPr>
      </w:pPr>
    </w:p>
    <w:p w14:paraId="5DE99680" w14:textId="6B1FFA30" w:rsidR="002E756A" w:rsidRDefault="002E756A" w:rsidP="002E756A">
      <w:pPr>
        <w:rPr>
          <w:rFonts w:ascii="Times New Roman" w:hAnsi="Times New Roman" w:cs="Times New Roman"/>
          <w:sz w:val="24"/>
          <w:szCs w:val="24"/>
          <w:lang w:val="hu-HU"/>
        </w:rPr>
      </w:pPr>
      <w:r w:rsidRPr="002E756A">
        <w:rPr>
          <w:rFonts w:ascii="Times New Roman" w:hAnsi="Times New Roman" w:cs="Times New Roman"/>
          <w:sz w:val="24"/>
          <w:szCs w:val="24"/>
          <w:lang w:val="hu-HU"/>
        </w:rPr>
        <w:t>Távolmaradt:</w:t>
      </w:r>
    </w:p>
    <w:tbl>
      <w:tblPr>
        <w:tblStyle w:val="Rcsostblzat"/>
        <w:tblpPr w:leftFromText="141" w:rightFromText="141" w:vertAnchor="text" w:horzAnchor="margin" w:tblpY="67"/>
        <w:tblW w:w="0" w:type="auto"/>
        <w:tblLook w:val="04A0" w:firstRow="1" w:lastRow="0" w:firstColumn="1" w:lastColumn="0" w:noHBand="0" w:noVBand="1"/>
      </w:tblPr>
      <w:tblGrid>
        <w:gridCol w:w="2875"/>
        <w:gridCol w:w="1976"/>
        <w:gridCol w:w="3671"/>
      </w:tblGrid>
      <w:tr w:rsidR="002E756A" w14:paraId="67E98629" w14:textId="77777777" w:rsidTr="002E756A">
        <w:tc>
          <w:tcPr>
            <w:tcW w:w="3034" w:type="dxa"/>
          </w:tcPr>
          <w:p w14:paraId="00A632B6" w14:textId="77777777" w:rsidR="002E756A" w:rsidRPr="002E756A" w:rsidRDefault="002E756A" w:rsidP="002E756A">
            <w:pPr>
              <w:jc w:val="center"/>
              <w:rPr>
                <w:rFonts w:ascii="Times New Roman" w:hAnsi="Times New Roman" w:cs="Times New Roman"/>
                <w:lang w:val="hu-HU"/>
              </w:rPr>
            </w:pPr>
            <w:r w:rsidRPr="002E756A">
              <w:rPr>
                <w:rFonts w:ascii="Times New Roman" w:hAnsi="Times New Roman" w:cs="Times New Roman"/>
                <w:lang w:val="hu-HU"/>
              </w:rPr>
              <w:t>NÉV</w:t>
            </w:r>
          </w:p>
        </w:tc>
        <w:tc>
          <w:tcPr>
            <w:tcW w:w="2036" w:type="dxa"/>
          </w:tcPr>
          <w:p w14:paraId="02F431AF" w14:textId="77777777" w:rsidR="002E756A" w:rsidRPr="002E756A" w:rsidRDefault="002E756A" w:rsidP="002E756A">
            <w:pPr>
              <w:jc w:val="center"/>
              <w:rPr>
                <w:rFonts w:ascii="Times New Roman" w:hAnsi="Times New Roman" w:cs="Times New Roman"/>
                <w:lang w:val="hu-HU"/>
              </w:rPr>
            </w:pPr>
            <w:r w:rsidRPr="002E756A">
              <w:rPr>
                <w:rFonts w:ascii="Times New Roman" w:hAnsi="Times New Roman" w:cs="Times New Roman"/>
                <w:lang w:val="hu-HU"/>
              </w:rPr>
              <w:t>TITULUS</w:t>
            </w:r>
          </w:p>
        </w:tc>
        <w:tc>
          <w:tcPr>
            <w:tcW w:w="3786" w:type="dxa"/>
          </w:tcPr>
          <w:p w14:paraId="6D22B793" w14:textId="77777777" w:rsidR="002E756A" w:rsidRPr="002E756A" w:rsidRDefault="002E756A" w:rsidP="002E756A">
            <w:pPr>
              <w:jc w:val="center"/>
              <w:rPr>
                <w:rFonts w:ascii="Times New Roman" w:hAnsi="Times New Roman" w:cs="Times New Roman"/>
                <w:lang w:val="hu-HU"/>
              </w:rPr>
            </w:pPr>
            <w:r>
              <w:rPr>
                <w:rFonts w:ascii="Times New Roman" w:hAnsi="Times New Roman" w:cs="Times New Roman"/>
                <w:lang w:val="hu-HU"/>
              </w:rPr>
              <w:t>TÁVOLMARADÁS OKA</w:t>
            </w:r>
          </w:p>
        </w:tc>
      </w:tr>
      <w:tr w:rsidR="002E756A" w14:paraId="1A5E3C1F" w14:textId="77777777" w:rsidTr="002E756A">
        <w:tc>
          <w:tcPr>
            <w:tcW w:w="3034" w:type="dxa"/>
          </w:tcPr>
          <w:p w14:paraId="04CCB8E0" w14:textId="77777777" w:rsidR="002E756A" w:rsidRPr="002E756A" w:rsidRDefault="002E756A" w:rsidP="002E756A">
            <w:pPr>
              <w:jc w:val="center"/>
              <w:rPr>
                <w:rFonts w:ascii="Times New Roman" w:hAnsi="Times New Roman" w:cs="Times New Roman"/>
                <w:lang w:val="hu-HU"/>
              </w:rPr>
            </w:pPr>
          </w:p>
        </w:tc>
        <w:tc>
          <w:tcPr>
            <w:tcW w:w="2036" w:type="dxa"/>
          </w:tcPr>
          <w:p w14:paraId="3CDD2505" w14:textId="77777777" w:rsidR="002E756A" w:rsidRPr="002E756A" w:rsidRDefault="002E756A" w:rsidP="002E756A">
            <w:pPr>
              <w:jc w:val="center"/>
              <w:rPr>
                <w:rFonts w:ascii="Times New Roman" w:hAnsi="Times New Roman" w:cs="Times New Roman"/>
                <w:lang w:val="hu-HU"/>
              </w:rPr>
            </w:pPr>
          </w:p>
        </w:tc>
        <w:tc>
          <w:tcPr>
            <w:tcW w:w="3786" w:type="dxa"/>
          </w:tcPr>
          <w:p w14:paraId="0AE1FAC6" w14:textId="77777777" w:rsidR="002E756A" w:rsidRPr="002E756A" w:rsidRDefault="002E756A" w:rsidP="002E756A">
            <w:pPr>
              <w:jc w:val="center"/>
              <w:rPr>
                <w:rFonts w:ascii="Times New Roman" w:hAnsi="Times New Roman" w:cs="Times New Roman"/>
                <w:lang w:val="hu-HU"/>
              </w:rPr>
            </w:pPr>
          </w:p>
        </w:tc>
      </w:tr>
      <w:tr w:rsidR="002E756A" w14:paraId="61F3CA5E" w14:textId="77777777" w:rsidTr="002E756A">
        <w:tc>
          <w:tcPr>
            <w:tcW w:w="3034" w:type="dxa"/>
          </w:tcPr>
          <w:p w14:paraId="2C3541F6" w14:textId="77777777" w:rsidR="002E756A" w:rsidRPr="002E756A" w:rsidRDefault="002E756A" w:rsidP="002E756A">
            <w:pPr>
              <w:jc w:val="center"/>
              <w:rPr>
                <w:rFonts w:ascii="Times New Roman" w:hAnsi="Times New Roman" w:cs="Times New Roman"/>
                <w:lang w:val="hu-HU"/>
              </w:rPr>
            </w:pPr>
          </w:p>
        </w:tc>
        <w:tc>
          <w:tcPr>
            <w:tcW w:w="2036" w:type="dxa"/>
          </w:tcPr>
          <w:p w14:paraId="123045E6" w14:textId="77777777" w:rsidR="002E756A" w:rsidRPr="002E756A" w:rsidRDefault="002E756A" w:rsidP="002E756A">
            <w:pPr>
              <w:jc w:val="center"/>
              <w:rPr>
                <w:rFonts w:ascii="Times New Roman" w:hAnsi="Times New Roman" w:cs="Times New Roman"/>
                <w:lang w:val="hu-HU"/>
              </w:rPr>
            </w:pPr>
          </w:p>
        </w:tc>
        <w:tc>
          <w:tcPr>
            <w:tcW w:w="3786" w:type="dxa"/>
          </w:tcPr>
          <w:p w14:paraId="60F63FA0" w14:textId="77777777" w:rsidR="002E756A" w:rsidRPr="002E756A" w:rsidRDefault="002E756A" w:rsidP="002E756A">
            <w:pPr>
              <w:jc w:val="center"/>
              <w:rPr>
                <w:rFonts w:ascii="Times New Roman" w:hAnsi="Times New Roman" w:cs="Times New Roman"/>
                <w:lang w:val="hu-HU"/>
              </w:rPr>
            </w:pPr>
          </w:p>
        </w:tc>
      </w:tr>
      <w:tr w:rsidR="002E756A" w14:paraId="5E03F3EB" w14:textId="77777777" w:rsidTr="002E756A">
        <w:tc>
          <w:tcPr>
            <w:tcW w:w="3034" w:type="dxa"/>
          </w:tcPr>
          <w:p w14:paraId="60A771E8" w14:textId="77777777" w:rsidR="002E756A" w:rsidRPr="002E756A" w:rsidRDefault="002E756A" w:rsidP="002E756A">
            <w:pPr>
              <w:jc w:val="center"/>
              <w:rPr>
                <w:rFonts w:ascii="Times New Roman" w:hAnsi="Times New Roman" w:cs="Times New Roman"/>
                <w:lang w:val="hu-HU"/>
              </w:rPr>
            </w:pPr>
          </w:p>
        </w:tc>
        <w:tc>
          <w:tcPr>
            <w:tcW w:w="2036" w:type="dxa"/>
          </w:tcPr>
          <w:p w14:paraId="12C9B17E" w14:textId="77777777" w:rsidR="002E756A" w:rsidRPr="002E756A" w:rsidRDefault="002E756A" w:rsidP="002E756A">
            <w:pPr>
              <w:jc w:val="center"/>
              <w:rPr>
                <w:rFonts w:ascii="Times New Roman" w:hAnsi="Times New Roman" w:cs="Times New Roman"/>
                <w:lang w:val="hu-HU"/>
              </w:rPr>
            </w:pPr>
          </w:p>
        </w:tc>
        <w:tc>
          <w:tcPr>
            <w:tcW w:w="3786" w:type="dxa"/>
          </w:tcPr>
          <w:p w14:paraId="5EAAEAF0" w14:textId="77777777" w:rsidR="002E756A" w:rsidRPr="002E756A" w:rsidRDefault="002E756A" w:rsidP="002E756A">
            <w:pPr>
              <w:jc w:val="center"/>
              <w:rPr>
                <w:rFonts w:ascii="Times New Roman" w:hAnsi="Times New Roman" w:cs="Times New Roman"/>
                <w:lang w:val="hu-HU"/>
              </w:rPr>
            </w:pPr>
          </w:p>
        </w:tc>
      </w:tr>
    </w:tbl>
    <w:p w14:paraId="56D4513F" w14:textId="77777777" w:rsidR="002E756A" w:rsidRDefault="002E756A" w:rsidP="002E756A">
      <w:pPr>
        <w:rPr>
          <w:rFonts w:ascii="Times New Roman" w:hAnsi="Times New Roman" w:cs="Times New Roman"/>
          <w:sz w:val="24"/>
          <w:szCs w:val="24"/>
          <w:lang w:val="hu-HU"/>
        </w:rPr>
      </w:pPr>
    </w:p>
    <w:p w14:paraId="6B729EA9" w14:textId="3FD607DE" w:rsidR="002E756A" w:rsidRDefault="002E756A" w:rsidP="002E756A">
      <w:pPr>
        <w:rPr>
          <w:rFonts w:ascii="Times New Roman" w:hAnsi="Times New Roman" w:cs="Times New Roman"/>
          <w:sz w:val="24"/>
          <w:szCs w:val="24"/>
          <w:lang w:val="hu-HU"/>
        </w:rPr>
      </w:pPr>
      <w:r>
        <w:rPr>
          <w:rFonts w:ascii="Times New Roman" w:hAnsi="Times New Roman" w:cs="Times New Roman"/>
          <w:sz w:val="24"/>
          <w:szCs w:val="24"/>
          <w:lang w:val="hu-HU"/>
        </w:rPr>
        <w:t>Napirendi pontok</w:t>
      </w:r>
      <w:r w:rsidRPr="002E756A">
        <w:rPr>
          <w:rFonts w:ascii="Times New Roman" w:hAnsi="Times New Roman" w:cs="Times New Roman"/>
          <w:sz w:val="24"/>
          <w:szCs w:val="24"/>
          <w:lang w:val="hu-HU"/>
        </w:rPr>
        <w:t>:</w:t>
      </w:r>
    </w:p>
    <w:p w14:paraId="20C61DD1" w14:textId="2F9C05CC" w:rsidR="002E756A" w:rsidRDefault="002E756A" w:rsidP="002E756A">
      <w:pPr>
        <w:rPr>
          <w:rFonts w:ascii="Times New Roman" w:hAnsi="Times New Roman" w:cs="Times New Roman"/>
          <w:sz w:val="24"/>
          <w:szCs w:val="24"/>
          <w:lang w:val="hu-HU"/>
        </w:rPr>
      </w:pPr>
      <w:r>
        <w:rPr>
          <w:rFonts w:ascii="Times New Roman" w:hAnsi="Times New Roman" w:cs="Times New Roman"/>
          <w:sz w:val="24"/>
          <w:szCs w:val="24"/>
          <w:lang w:val="hu-HU"/>
        </w:rPr>
        <w:t>1.</w:t>
      </w:r>
    </w:p>
    <w:p w14:paraId="36CAF64E" w14:textId="7DF17DD6" w:rsidR="002E756A" w:rsidRDefault="002E756A" w:rsidP="002E756A">
      <w:pPr>
        <w:rPr>
          <w:rFonts w:ascii="Times New Roman" w:hAnsi="Times New Roman" w:cs="Times New Roman"/>
          <w:sz w:val="24"/>
          <w:szCs w:val="24"/>
          <w:lang w:val="hu-HU"/>
        </w:rPr>
      </w:pPr>
      <w:r>
        <w:rPr>
          <w:rFonts w:ascii="Times New Roman" w:hAnsi="Times New Roman" w:cs="Times New Roman"/>
          <w:sz w:val="24"/>
          <w:szCs w:val="24"/>
          <w:lang w:val="hu-HU"/>
        </w:rPr>
        <w:t>2.</w:t>
      </w:r>
    </w:p>
    <w:p w14:paraId="18F4D35B" w14:textId="25DB2FE0" w:rsidR="002E756A" w:rsidRDefault="002E756A" w:rsidP="002E756A">
      <w:pPr>
        <w:rPr>
          <w:rFonts w:ascii="Times New Roman" w:hAnsi="Times New Roman" w:cs="Times New Roman"/>
          <w:sz w:val="24"/>
          <w:szCs w:val="24"/>
          <w:lang w:val="hu-HU"/>
        </w:rPr>
      </w:pPr>
      <w:r>
        <w:rPr>
          <w:rFonts w:ascii="Times New Roman" w:hAnsi="Times New Roman" w:cs="Times New Roman"/>
          <w:sz w:val="24"/>
          <w:szCs w:val="24"/>
          <w:lang w:val="hu-HU"/>
        </w:rPr>
        <w:t>3.</w:t>
      </w:r>
    </w:p>
    <w:p w14:paraId="7A8AB68E" w14:textId="74F17967" w:rsidR="002E756A" w:rsidRDefault="002E756A" w:rsidP="002E756A">
      <w:pPr>
        <w:rPr>
          <w:rFonts w:ascii="Times New Roman" w:hAnsi="Times New Roman" w:cs="Times New Roman"/>
          <w:sz w:val="24"/>
          <w:szCs w:val="24"/>
          <w:lang w:val="hu-HU"/>
        </w:rPr>
      </w:pPr>
      <w:r>
        <w:rPr>
          <w:rFonts w:ascii="Times New Roman" w:hAnsi="Times New Roman" w:cs="Times New Roman"/>
          <w:sz w:val="24"/>
          <w:szCs w:val="24"/>
          <w:lang w:val="hu-HU"/>
        </w:rPr>
        <w:t>4.</w:t>
      </w:r>
    </w:p>
    <w:p w14:paraId="09CC3183" w14:textId="13C64C8A" w:rsidR="002E756A" w:rsidRDefault="002E756A" w:rsidP="002E756A">
      <w:pPr>
        <w:rPr>
          <w:rFonts w:ascii="Times New Roman" w:hAnsi="Times New Roman" w:cs="Times New Roman"/>
          <w:sz w:val="24"/>
          <w:szCs w:val="24"/>
          <w:lang w:val="hu-HU"/>
        </w:rPr>
      </w:pPr>
      <w:r>
        <w:rPr>
          <w:rFonts w:ascii="Times New Roman" w:hAnsi="Times New Roman" w:cs="Times New Roman"/>
          <w:sz w:val="24"/>
          <w:szCs w:val="24"/>
          <w:lang w:val="hu-HU"/>
        </w:rPr>
        <w:t>Összefoglaló:</w:t>
      </w:r>
    </w:p>
    <w:p w14:paraId="6F529654" w14:textId="4F453DA8" w:rsidR="002E756A" w:rsidRDefault="007E644E" w:rsidP="002E756A">
      <w:pPr>
        <w:rPr>
          <w:rFonts w:ascii="Times New Roman" w:hAnsi="Times New Roman" w:cs="Times New Roman"/>
          <w:sz w:val="24"/>
          <w:szCs w:val="24"/>
          <w:lang w:val="hu-HU"/>
        </w:rPr>
      </w:pPr>
      <w:r>
        <w:rPr>
          <w:rFonts w:ascii="Times New Roman" w:hAnsi="Times New Roman" w:cs="Times New Roman"/>
          <w:sz w:val="24"/>
          <w:szCs w:val="24"/>
          <w:lang w:val="hu-HU"/>
        </w:rPr>
        <w:t>………………………………………………………………………………………………………………………………………………………………………………………………</w:t>
      </w:r>
    </w:p>
    <w:p w14:paraId="5E54365E" w14:textId="1FC77274" w:rsidR="002E756A" w:rsidRDefault="002E756A" w:rsidP="002E756A">
      <w:pPr>
        <w:rPr>
          <w:rFonts w:ascii="Times New Roman" w:hAnsi="Times New Roman" w:cs="Times New Roman"/>
          <w:sz w:val="24"/>
          <w:szCs w:val="24"/>
          <w:lang w:val="hu-HU"/>
        </w:rPr>
      </w:pPr>
      <w:r>
        <w:rPr>
          <w:rFonts w:ascii="Times New Roman" w:hAnsi="Times New Roman" w:cs="Times New Roman"/>
          <w:sz w:val="24"/>
          <w:szCs w:val="24"/>
          <w:lang w:val="hu-HU"/>
        </w:rPr>
        <w:t>Szavazás: volt/ nem volt</w:t>
      </w:r>
    </w:p>
    <w:p w14:paraId="2E964F31" w14:textId="63669E6D" w:rsidR="002E756A" w:rsidRDefault="002E756A" w:rsidP="002E756A">
      <w:pPr>
        <w:rPr>
          <w:rFonts w:ascii="Times New Roman" w:hAnsi="Times New Roman" w:cs="Times New Roman"/>
          <w:sz w:val="24"/>
          <w:szCs w:val="24"/>
          <w:lang w:val="hu-HU"/>
        </w:rPr>
      </w:pPr>
      <w:r>
        <w:rPr>
          <w:rFonts w:ascii="Times New Roman" w:hAnsi="Times New Roman" w:cs="Times New Roman"/>
          <w:sz w:val="24"/>
          <w:szCs w:val="24"/>
          <w:lang w:val="hu-HU"/>
        </w:rPr>
        <w:tab/>
        <w:t xml:space="preserve">     eredmény:</w:t>
      </w:r>
      <w:r w:rsidR="007E644E">
        <w:rPr>
          <w:rFonts w:ascii="Times New Roman" w:hAnsi="Times New Roman" w:cs="Times New Roman"/>
          <w:sz w:val="24"/>
          <w:szCs w:val="24"/>
          <w:lang w:val="hu-HU"/>
        </w:rPr>
        <w:t xml:space="preserve"> ……………………………………….</w:t>
      </w:r>
    </w:p>
    <w:p w14:paraId="6951EA09" w14:textId="068C4BD1" w:rsidR="007E644E" w:rsidRDefault="007E644E" w:rsidP="002E756A">
      <w:pPr>
        <w:rPr>
          <w:rFonts w:ascii="Times New Roman" w:hAnsi="Times New Roman" w:cs="Times New Roman"/>
          <w:sz w:val="24"/>
          <w:szCs w:val="24"/>
          <w:lang w:val="hu-HU"/>
        </w:rPr>
      </w:pPr>
      <w:r>
        <w:rPr>
          <w:rFonts w:ascii="Times New Roman" w:hAnsi="Times New Roman" w:cs="Times New Roman"/>
          <w:sz w:val="24"/>
          <w:szCs w:val="24"/>
          <w:lang w:val="hu-HU"/>
        </w:rPr>
        <w:t>Következő ülés témája: ……………………………………</w:t>
      </w:r>
    </w:p>
    <w:p w14:paraId="3AA74F35" w14:textId="00A1412A" w:rsidR="00117DA2" w:rsidRPr="0013032A" w:rsidRDefault="007E644E" w:rsidP="007E644E">
      <w:pPr>
        <w:rPr>
          <w:rFonts w:ascii="Times New Roman" w:hAnsi="Times New Roman" w:cs="Times New Roman"/>
          <w:sz w:val="24"/>
          <w:szCs w:val="24"/>
          <w:lang w:val="hu-HU"/>
        </w:rPr>
      </w:pPr>
      <w:r>
        <w:rPr>
          <w:rFonts w:ascii="Times New Roman" w:hAnsi="Times New Roman" w:cs="Times New Roman"/>
          <w:sz w:val="24"/>
          <w:szCs w:val="24"/>
          <w:lang w:val="hu-HU"/>
        </w:rPr>
        <w:t>Jegyzőkönyvet készítette: ………………………………….</w:t>
      </w:r>
    </w:p>
    <w:p w14:paraId="3F967327" w14:textId="4F2B1826" w:rsidR="00117DA2" w:rsidRPr="0013032A" w:rsidRDefault="007E644E" w:rsidP="00117DA2">
      <w:pPr>
        <w:pStyle w:val="Cmsor2"/>
        <w:spacing w:line="276" w:lineRule="auto"/>
        <w:rPr>
          <w:rFonts w:ascii="Times New Roman" w:hAnsi="Times New Roman" w:cs="Times New Roman"/>
          <w:i/>
          <w:iCs/>
          <w:color w:val="000000" w:themeColor="text1"/>
          <w:sz w:val="24"/>
          <w:szCs w:val="24"/>
          <w:lang w:val="hu-HU"/>
        </w:rPr>
      </w:pPr>
      <w:r w:rsidRPr="007E644E">
        <w:rPr>
          <w:rFonts w:ascii="Times New Roman" w:hAnsi="Times New Roman" w:cs="Times New Roman"/>
          <w:i/>
          <w:iCs/>
          <w:color w:val="000000" w:themeColor="text1"/>
          <w:sz w:val="24"/>
          <w:szCs w:val="24"/>
          <w:lang w:val="hu-HU"/>
        </w:rPr>
        <w:lastRenderedPageBreak/>
        <w:t>3</w:t>
      </w:r>
      <w:r w:rsidR="00117DA2" w:rsidRPr="0013032A">
        <w:rPr>
          <w:rFonts w:ascii="Times New Roman" w:hAnsi="Times New Roman" w:cs="Times New Roman"/>
          <w:i/>
          <w:iCs/>
          <w:color w:val="000000" w:themeColor="text1"/>
          <w:sz w:val="24"/>
          <w:szCs w:val="24"/>
          <w:lang w:val="hu-HU"/>
        </w:rPr>
        <w:t>. számú melléklet</w:t>
      </w:r>
    </w:p>
    <w:p w14:paraId="09CC8347" w14:textId="77777777" w:rsidR="00117DA2" w:rsidRPr="0013032A" w:rsidRDefault="00117DA2" w:rsidP="007E644E">
      <w:pPr>
        <w:pStyle w:val="Cmsor2"/>
        <w:spacing w:line="276" w:lineRule="auto"/>
        <w:jc w:val="center"/>
        <w:rPr>
          <w:rFonts w:ascii="Times New Roman" w:hAnsi="Times New Roman" w:cs="Times New Roman"/>
          <w:color w:val="000000" w:themeColor="text1"/>
          <w:sz w:val="24"/>
          <w:szCs w:val="24"/>
          <w:lang w:val="hu-HU"/>
        </w:rPr>
      </w:pPr>
      <w:r w:rsidRPr="0013032A">
        <w:rPr>
          <w:rFonts w:ascii="Times New Roman" w:hAnsi="Times New Roman" w:cs="Times New Roman"/>
          <w:color w:val="000000" w:themeColor="text1"/>
          <w:sz w:val="24"/>
          <w:szCs w:val="24"/>
          <w:lang w:val="hu-HU"/>
        </w:rPr>
        <w:t>Programszervezési adatlap</w:t>
      </w:r>
    </w:p>
    <w:p w14:paraId="05D4E1AF"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Program neve:</w:t>
      </w:r>
    </w:p>
    <w:p w14:paraId="52E2B477"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Célja:</w:t>
      </w:r>
    </w:p>
    <w:p w14:paraId="5E32146B" w14:textId="71E61B4C" w:rsidR="00117DA2" w:rsidRPr="0013032A" w:rsidRDefault="007E644E" w:rsidP="00117DA2">
      <w:pPr>
        <w:pStyle w:val="Cmsor2"/>
        <w:spacing w:line="276" w:lineRule="auto"/>
        <w:rPr>
          <w:rFonts w:ascii="Times New Roman" w:hAnsi="Times New Roman" w:cs="Times New Roman"/>
          <w:b w:val="0"/>
          <w:bCs w:val="0"/>
          <w:color w:val="000000" w:themeColor="text1"/>
          <w:sz w:val="24"/>
          <w:szCs w:val="24"/>
          <w:lang w:val="hu-HU"/>
        </w:rPr>
      </w:pPr>
      <w:r>
        <w:rPr>
          <w:rFonts w:ascii="Times New Roman" w:hAnsi="Times New Roman" w:cs="Times New Roman"/>
          <w:b w:val="0"/>
          <w:bCs w:val="0"/>
          <w:color w:val="000000" w:themeColor="text1"/>
          <w:sz w:val="24"/>
          <w:szCs w:val="24"/>
          <w:lang w:val="hu-HU"/>
        </w:rPr>
        <w:t>Tervezett i</w:t>
      </w:r>
      <w:r w:rsidR="00117DA2" w:rsidRPr="0013032A">
        <w:rPr>
          <w:rFonts w:ascii="Times New Roman" w:hAnsi="Times New Roman" w:cs="Times New Roman"/>
          <w:b w:val="0"/>
          <w:bCs w:val="0"/>
          <w:color w:val="000000" w:themeColor="text1"/>
          <w:sz w:val="24"/>
          <w:szCs w:val="24"/>
          <w:lang w:val="hu-HU"/>
        </w:rPr>
        <w:t>dőpont:</w:t>
      </w:r>
    </w:p>
    <w:p w14:paraId="424628E2"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Helyszín:</w:t>
      </w:r>
    </w:p>
    <w:p w14:paraId="189B420B"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Szervezők:</w:t>
      </w:r>
    </w:p>
    <w:p w14:paraId="35DBB537" w14:textId="62A4AA7F" w:rsidR="004675A9" w:rsidRPr="0013032A" w:rsidRDefault="00117DA2" w:rsidP="004675A9">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Költségigény:</w:t>
      </w:r>
    </w:p>
    <w:p w14:paraId="3F714309" w14:textId="77777777"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Szükséges eszközök:</w:t>
      </w:r>
    </w:p>
    <w:p w14:paraId="760507C8" w14:textId="276F1281" w:rsidR="00117DA2" w:rsidRPr="0013032A" w:rsidRDefault="00117DA2" w:rsidP="00117DA2">
      <w:pPr>
        <w:pStyle w:val="Cmsor2"/>
        <w:spacing w:line="276" w:lineRule="auto"/>
        <w:rPr>
          <w:rFonts w:ascii="Times New Roman" w:hAnsi="Times New Roman" w:cs="Times New Roman"/>
          <w:b w:val="0"/>
          <w:bCs w:val="0"/>
          <w:color w:val="000000" w:themeColor="text1"/>
          <w:sz w:val="24"/>
          <w:szCs w:val="24"/>
          <w:lang w:val="hu-HU"/>
        </w:rPr>
      </w:pPr>
      <w:r w:rsidRPr="0013032A">
        <w:rPr>
          <w:rFonts w:ascii="Times New Roman" w:hAnsi="Times New Roman" w:cs="Times New Roman"/>
          <w:b w:val="0"/>
          <w:bCs w:val="0"/>
          <w:color w:val="000000" w:themeColor="text1"/>
          <w:sz w:val="24"/>
          <w:szCs w:val="24"/>
          <w:lang w:val="hu-HU"/>
        </w:rPr>
        <w:t>Kommunikáció</w:t>
      </w:r>
      <w:r w:rsidR="004675A9">
        <w:rPr>
          <w:rFonts w:ascii="Times New Roman" w:hAnsi="Times New Roman" w:cs="Times New Roman"/>
          <w:b w:val="0"/>
          <w:bCs w:val="0"/>
          <w:color w:val="000000" w:themeColor="text1"/>
          <w:sz w:val="24"/>
          <w:szCs w:val="24"/>
          <w:lang w:val="hu-HU"/>
        </w:rPr>
        <w:t>s felületen való közlés</w:t>
      </w:r>
      <w:r w:rsidRPr="0013032A">
        <w:rPr>
          <w:rFonts w:ascii="Times New Roman" w:hAnsi="Times New Roman" w:cs="Times New Roman"/>
          <w:b w:val="0"/>
          <w:bCs w:val="0"/>
          <w:color w:val="000000" w:themeColor="text1"/>
          <w:sz w:val="24"/>
          <w:szCs w:val="24"/>
          <w:lang w:val="hu-HU"/>
        </w:rPr>
        <w:t>:</w:t>
      </w:r>
    </w:p>
    <w:bookmarkEnd w:id="1"/>
    <w:p w14:paraId="50B9EDAD" w14:textId="389FA8D5" w:rsidR="001E22EB" w:rsidRDefault="004675A9" w:rsidP="00117DA2">
      <w:pPr>
        <w:pStyle w:val="Cmsor2"/>
        <w:spacing w:line="276" w:lineRule="auto"/>
        <w:rPr>
          <w:rFonts w:ascii="Times New Roman" w:hAnsi="Times New Roman" w:cs="Times New Roman"/>
          <w:b w:val="0"/>
          <w:bCs w:val="0"/>
          <w:color w:val="000000" w:themeColor="text1"/>
          <w:sz w:val="24"/>
          <w:szCs w:val="24"/>
          <w:lang w:val="hu-HU"/>
        </w:rPr>
      </w:pPr>
      <w:r>
        <w:rPr>
          <w:rFonts w:ascii="Times New Roman" w:hAnsi="Times New Roman" w:cs="Times New Roman"/>
          <w:b w:val="0"/>
          <w:bCs w:val="0"/>
          <w:color w:val="000000" w:themeColor="text1"/>
          <w:sz w:val="24"/>
          <w:szCs w:val="24"/>
          <w:lang w:val="hu-HU"/>
        </w:rPr>
        <w:t>Meghívott vendégelőadók:</w:t>
      </w:r>
    </w:p>
    <w:p w14:paraId="690BB795" w14:textId="77777777" w:rsidR="004675A9" w:rsidRPr="00117DA2" w:rsidRDefault="004675A9" w:rsidP="004675A9">
      <w:pPr>
        <w:pStyle w:val="Cmsor2"/>
        <w:spacing w:line="276" w:lineRule="auto"/>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lang w:val="hu-HU"/>
        </w:rPr>
        <w:t>Részletes programterv időbeosztással:</w:t>
      </w:r>
    </w:p>
    <w:p w14:paraId="3470DE44" w14:textId="77777777" w:rsidR="004675A9" w:rsidRPr="004675A9" w:rsidRDefault="004675A9" w:rsidP="004675A9">
      <w:pPr>
        <w:rPr>
          <w:lang w:val="hu-HU"/>
        </w:rPr>
      </w:pPr>
    </w:p>
    <w:sectPr w:rsidR="004675A9" w:rsidRPr="004675A9" w:rsidSect="00D9177A">
      <w:footerReference w:type="default" r:id="rId11"/>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002B3" w14:textId="77777777" w:rsidR="005B7C75" w:rsidRDefault="005B7C75" w:rsidP="007057DA">
      <w:pPr>
        <w:spacing w:after="0"/>
      </w:pPr>
      <w:r>
        <w:separator/>
      </w:r>
    </w:p>
  </w:endnote>
  <w:endnote w:type="continuationSeparator" w:id="0">
    <w:p w14:paraId="58092867" w14:textId="77777777" w:rsidR="005B7C75" w:rsidRDefault="005B7C75" w:rsidP="007057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2787777"/>
      <w:docPartObj>
        <w:docPartGallery w:val="Page Numbers (Bottom of Page)"/>
        <w:docPartUnique/>
      </w:docPartObj>
    </w:sdtPr>
    <w:sdtEndPr/>
    <w:sdtContent>
      <w:p w14:paraId="0B652875" w14:textId="585ABBD4" w:rsidR="00216578" w:rsidRDefault="00216578">
        <w:pPr>
          <w:pStyle w:val="llb"/>
          <w:jc w:val="right"/>
        </w:pPr>
        <w:r>
          <w:fldChar w:fldCharType="begin"/>
        </w:r>
        <w:r>
          <w:instrText>PAGE   \* MERGEFORMAT</w:instrText>
        </w:r>
        <w:r>
          <w:fldChar w:fldCharType="separate"/>
        </w:r>
        <w:r>
          <w:rPr>
            <w:lang w:val="hu-HU"/>
          </w:rPr>
          <w:t>2</w:t>
        </w:r>
        <w:r>
          <w:fldChar w:fldCharType="end"/>
        </w:r>
      </w:p>
    </w:sdtContent>
  </w:sdt>
  <w:p w14:paraId="7985FA89" w14:textId="77777777" w:rsidR="00216578" w:rsidRDefault="0021657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87E728" w14:textId="77777777" w:rsidR="005B7C75" w:rsidRDefault="005B7C75" w:rsidP="007057DA">
      <w:pPr>
        <w:spacing w:after="0"/>
      </w:pPr>
      <w:r>
        <w:separator/>
      </w:r>
    </w:p>
  </w:footnote>
  <w:footnote w:type="continuationSeparator" w:id="0">
    <w:p w14:paraId="25EEAF76" w14:textId="77777777" w:rsidR="005B7C75" w:rsidRDefault="005B7C75" w:rsidP="007057D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2007"/>
        </w:tabs>
        <w:ind w:left="2007"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abstractNum w:abstractNumId="9" w15:restartNumberingAfterBreak="0">
    <w:nsid w:val="07212963"/>
    <w:multiLevelType w:val="multilevel"/>
    <w:tmpl w:val="C5E8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E32F1A"/>
    <w:multiLevelType w:val="multilevel"/>
    <w:tmpl w:val="782A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C84C83"/>
    <w:multiLevelType w:val="multilevel"/>
    <w:tmpl w:val="0FC09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BA511E"/>
    <w:multiLevelType w:val="hybridMultilevel"/>
    <w:tmpl w:val="811687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191025AE"/>
    <w:multiLevelType w:val="hybridMultilevel"/>
    <w:tmpl w:val="5096FFC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1A112AA3"/>
    <w:multiLevelType w:val="hybridMultilevel"/>
    <w:tmpl w:val="12A0FBEC"/>
    <w:lvl w:ilvl="0" w:tplc="040E000F">
      <w:start w:val="1"/>
      <w:numFmt w:val="decimal"/>
      <w:lvlText w:val="%1."/>
      <w:lvlJc w:val="left"/>
      <w:pPr>
        <w:ind w:left="927"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1B1517EE"/>
    <w:multiLevelType w:val="multilevel"/>
    <w:tmpl w:val="7A129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9E10D6"/>
    <w:multiLevelType w:val="hybridMultilevel"/>
    <w:tmpl w:val="D7E4CA4E"/>
    <w:lvl w:ilvl="0" w:tplc="040E000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3066174"/>
    <w:multiLevelType w:val="multilevel"/>
    <w:tmpl w:val="F9025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2328B0"/>
    <w:multiLevelType w:val="multilevel"/>
    <w:tmpl w:val="6AC8F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D3376B"/>
    <w:multiLevelType w:val="hybridMultilevel"/>
    <w:tmpl w:val="6F6858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5B04E98"/>
    <w:multiLevelType w:val="multilevel"/>
    <w:tmpl w:val="A498C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BA02C0"/>
    <w:multiLevelType w:val="multilevel"/>
    <w:tmpl w:val="6CE6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2E40E6"/>
    <w:multiLevelType w:val="hybridMultilevel"/>
    <w:tmpl w:val="3B5805A2"/>
    <w:lvl w:ilvl="0" w:tplc="040E0001">
      <w:start w:val="1"/>
      <w:numFmt w:val="bullet"/>
      <w:lvlText w:val=""/>
      <w:lvlJc w:val="left"/>
      <w:pPr>
        <w:ind w:left="1930" w:hanging="360"/>
      </w:pPr>
      <w:rPr>
        <w:rFonts w:ascii="Symbol" w:hAnsi="Symbol" w:hint="default"/>
      </w:rPr>
    </w:lvl>
    <w:lvl w:ilvl="1" w:tplc="040E0003" w:tentative="1">
      <w:start w:val="1"/>
      <w:numFmt w:val="bullet"/>
      <w:lvlText w:val="o"/>
      <w:lvlJc w:val="left"/>
      <w:pPr>
        <w:ind w:left="2650" w:hanging="360"/>
      </w:pPr>
      <w:rPr>
        <w:rFonts w:ascii="Courier New" w:hAnsi="Courier New" w:cs="Courier New" w:hint="default"/>
      </w:rPr>
    </w:lvl>
    <w:lvl w:ilvl="2" w:tplc="040E0005" w:tentative="1">
      <w:start w:val="1"/>
      <w:numFmt w:val="bullet"/>
      <w:lvlText w:val=""/>
      <w:lvlJc w:val="left"/>
      <w:pPr>
        <w:ind w:left="3370" w:hanging="360"/>
      </w:pPr>
      <w:rPr>
        <w:rFonts w:ascii="Wingdings" w:hAnsi="Wingdings" w:hint="default"/>
      </w:rPr>
    </w:lvl>
    <w:lvl w:ilvl="3" w:tplc="040E0001" w:tentative="1">
      <w:start w:val="1"/>
      <w:numFmt w:val="bullet"/>
      <w:lvlText w:val=""/>
      <w:lvlJc w:val="left"/>
      <w:pPr>
        <w:ind w:left="4090" w:hanging="360"/>
      </w:pPr>
      <w:rPr>
        <w:rFonts w:ascii="Symbol" w:hAnsi="Symbol" w:hint="default"/>
      </w:rPr>
    </w:lvl>
    <w:lvl w:ilvl="4" w:tplc="040E0003" w:tentative="1">
      <w:start w:val="1"/>
      <w:numFmt w:val="bullet"/>
      <w:lvlText w:val="o"/>
      <w:lvlJc w:val="left"/>
      <w:pPr>
        <w:ind w:left="4810" w:hanging="360"/>
      </w:pPr>
      <w:rPr>
        <w:rFonts w:ascii="Courier New" w:hAnsi="Courier New" w:cs="Courier New" w:hint="default"/>
      </w:rPr>
    </w:lvl>
    <w:lvl w:ilvl="5" w:tplc="040E0005" w:tentative="1">
      <w:start w:val="1"/>
      <w:numFmt w:val="bullet"/>
      <w:lvlText w:val=""/>
      <w:lvlJc w:val="left"/>
      <w:pPr>
        <w:ind w:left="5530" w:hanging="360"/>
      </w:pPr>
      <w:rPr>
        <w:rFonts w:ascii="Wingdings" w:hAnsi="Wingdings" w:hint="default"/>
      </w:rPr>
    </w:lvl>
    <w:lvl w:ilvl="6" w:tplc="040E0001" w:tentative="1">
      <w:start w:val="1"/>
      <w:numFmt w:val="bullet"/>
      <w:lvlText w:val=""/>
      <w:lvlJc w:val="left"/>
      <w:pPr>
        <w:ind w:left="6250" w:hanging="360"/>
      </w:pPr>
      <w:rPr>
        <w:rFonts w:ascii="Symbol" w:hAnsi="Symbol" w:hint="default"/>
      </w:rPr>
    </w:lvl>
    <w:lvl w:ilvl="7" w:tplc="040E0003" w:tentative="1">
      <w:start w:val="1"/>
      <w:numFmt w:val="bullet"/>
      <w:lvlText w:val="o"/>
      <w:lvlJc w:val="left"/>
      <w:pPr>
        <w:ind w:left="6970" w:hanging="360"/>
      </w:pPr>
      <w:rPr>
        <w:rFonts w:ascii="Courier New" w:hAnsi="Courier New" w:cs="Courier New" w:hint="default"/>
      </w:rPr>
    </w:lvl>
    <w:lvl w:ilvl="8" w:tplc="040E0005" w:tentative="1">
      <w:start w:val="1"/>
      <w:numFmt w:val="bullet"/>
      <w:lvlText w:val=""/>
      <w:lvlJc w:val="left"/>
      <w:pPr>
        <w:ind w:left="7690" w:hanging="360"/>
      </w:pPr>
      <w:rPr>
        <w:rFonts w:ascii="Wingdings" w:hAnsi="Wingdings" w:hint="default"/>
      </w:rPr>
    </w:lvl>
  </w:abstractNum>
  <w:abstractNum w:abstractNumId="23" w15:restartNumberingAfterBreak="0">
    <w:nsid w:val="4A1D010A"/>
    <w:multiLevelType w:val="multilevel"/>
    <w:tmpl w:val="14846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426B51"/>
    <w:multiLevelType w:val="multilevel"/>
    <w:tmpl w:val="853CF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BE2544"/>
    <w:multiLevelType w:val="hybridMultilevel"/>
    <w:tmpl w:val="C074B8E2"/>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2957169"/>
    <w:multiLevelType w:val="multilevel"/>
    <w:tmpl w:val="3768F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E14EBC"/>
    <w:multiLevelType w:val="multilevel"/>
    <w:tmpl w:val="6EE27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3142DF"/>
    <w:multiLevelType w:val="hybridMultilevel"/>
    <w:tmpl w:val="3678E2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5C7B2F8D"/>
    <w:multiLevelType w:val="multilevel"/>
    <w:tmpl w:val="C072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DC011A"/>
    <w:multiLevelType w:val="multilevel"/>
    <w:tmpl w:val="CB60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BB5700"/>
    <w:multiLevelType w:val="multilevel"/>
    <w:tmpl w:val="B972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997A5C"/>
    <w:multiLevelType w:val="multilevel"/>
    <w:tmpl w:val="D7CC4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543F7B"/>
    <w:multiLevelType w:val="multilevel"/>
    <w:tmpl w:val="0450D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7054DDC"/>
    <w:multiLevelType w:val="hybridMultilevel"/>
    <w:tmpl w:val="514A0E5E"/>
    <w:lvl w:ilvl="0" w:tplc="3FDAEEEA">
      <w:start w:val="4"/>
      <w:numFmt w:val="bullet"/>
      <w:lvlText w:val="-"/>
      <w:lvlJc w:val="left"/>
      <w:pPr>
        <w:ind w:left="720" w:hanging="360"/>
      </w:pPr>
      <w:rPr>
        <w:rFonts w:ascii="Times New Roman" w:eastAsiaTheme="majorEastAsia"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78F407DB"/>
    <w:multiLevelType w:val="multilevel"/>
    <w:tmpl w:val="095EC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7F3E7D"/>
    <w:multiLevelType w:val="hybridMultilevel"/>
    <w:tmpl w:val="2A9AAC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7B152527"/>
    <w:multiLevelType w:val="hybridMultilevel"/>
    <w:tmpl w:val="2256C522"/>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8" w15:restartNumberingAfterBreak="0">
    <w:nsid w:val="7CDF4CF1"/>
    <w:multiLevelType w:val="multilevel"/>
    <w:tmpl w:val="DDC2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901E98"/>
    <w:multiLevelType w:val="multilevel"/>
    <w:tmpl w:val="EAE4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9"/>
  </w:num>
  <w:num w:numId="11">
    <w:abstractNumId w:val="17"/>
  </w:num>
  <w:num w:numId="12">
    <w:abstractNumId w:val="10"/>
  </w:num>
  <w:num w:numId="13">
    <w:abstractNumId w:val="18"/>
  </w:num>
  <w:num w:numId="14">
    <w:abstractNumId w:val="27"/>
  </w:num>
  <w:num w:numId="15">
    <w:abstractNumId w:val="15"/>
  </w:num>
  <w:num w:numId="16">
    <w:abstractNumId w:val="31"/>
  </w:num>
  <w:num w:numId="17">
    <w:abstractNumId w:val="24"/>
  </w:num>
  <w:num w:numId="18">
    <w:abstractNumId w:val="23"/>
  </w:num>
  <w:num w:numId="19">
    <w:abstractNumId w:val="38"/>
  </w:num>
  <w:num w:numId="20">
    <w:abstractNumId w:val="35"/>
  </w:num>
  <w:num w:numId="21">
    <w:abstractNumId w:val="39"/>
  </w:num>
  <w:num w:numId="22">
    <w:abstractNumId w:val="21"/>
  </w:num>
  <w:num w:numId="23">
    <w:abstractNumId w:val="26"/>
  </w:num>
  <w:num w:numId="24">
    <w:abstractNumId w:val="30"/>
  </w:num>
  <w:num w:numId="25">
    <w:abstractNumId w:val="20"/>
  </w:num>
  <w:num w:numId="26">
    <w:abstractNumId w:val="32"/>
  </w:num>
  <w:num w:numId="27">
    <w:abstractNumId w:val="33"/>
  </w:num>
  <w:num w:numId="28">
    <w:abstractNumId w:val="9"/>
  </w:num>
  <w:num w:numId="29">
    <w:abstractNumId w:val="11"/>
  </w:num>
  <w:num w:numId="30">
    <w:abstractNumId w:val="14"/>
  </w:num>
  <w:num w:numId="31">
    <w:abstractNumId w:val="12"/>
  </w:num>
  <w:num w:numId="32">
    <w:abstractNumId w:val="37"/>
  </w:num>
  <w:num w:numId="33">
    <w:abstractNumId w:val="19"/>
  </w:num>
  <w:num w:numId="34">
    <w:abstractNumId w:val="34"/>
  </w:num>
  <w:num w:numId="35">
    <w:abstractNumId w:val="13"/>
  </w:num>
  <w:num w:numId="36">
    <w:abstractNumId w:val="36"/>
  </w:num>
  <w:num w:numId="37">
    <w:abstractNumId w:val="28"/>
  </w:num>
  <w:num w:numId="38">
    <w:abstractNumId w:val="22"/>
  </w:num>
  <w:num w:numId="39">
    <w:abstractNumId w:val="16"/>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20F"/>
    <w:rsid w:val="0006063C"/>
    <w:rsid w:val="000E38C3"/>
    <w:rsid w:val="00117DA2"/>
    <w:rsid w:val="0013032A"/>
    <w:rsid w:val="00132D75"/>
    <w:rsid w:val="0015074B"/>
    <w:rsid w:val="001E22EB"/>
    <w:rsid w:val="00216578"/>
    <w:rsid w:val="002355AA"/>
    <w:rsid w:val="0029639D"/>
    <w:rsid w:val="002B478E"/>
    <w:rsid w:val="002E756A"/>
    <w:rsid w:val="00326F90"/>
    <w:rsid w:val="003635E0"/>
    <w:rsid w:val="00385BF7"/>
    <w:rsid w:val="00392B3F"/>
    <w:rsid w:val="003F7ADC"/>
    <w:rsid w:val="0040726E"/>
    <w:rsid w:val="004650E1"/>
    <w:rsid w:val="004675A9"/>
    <w:rsid w:val="004912C3"/>
    <w:rsid w:val="00545782"/>
    <w:rsid w:val="0057396B"/>
    <w:rsid w:val="005B7C75"/>
    <w:rsid w:val="006D3EFC"/>
    <w:rsid w:val="007057DA"/>
    <w:rsid w:val="00736039"/>
    <w:rsid w:val="0073743A"/>
    <w:rsid w:val="007E644E"/>
    <w:rsid w:val="007F62DB"/>
    <w:rsid w:val="009005C0"/>
    <w:rsid w:val="009339E0"/>
    <w:rsid w:val="00A34CCD"/>
    <w:rsid w:val="00A51FC0"/>
    <w:rsid w:val="00A8641E"/>
    <w:rsid w:val="00AA1D8D"/>
    <w:rsid w:val="00AC521D"/>
    <w:rsid w:val="00AD7101"/>
    <w:rsid w:val="00B47730"/>
    <w:rsid w:val="00B5168F"/>
    <w:rsid w:val="00B66DCD"/>
    <w:rsid w:val="00C04581"/>
    <w:rsid w:val="00C63760"/>
    <w:rsid w:val="00CB0664"/>
    <w:rsid w:val="00CB5869"/>
    <w:rsid w:val="00D00794"/>
    <w:rsid w:val="00D35653"/>
    <w:rsid w:val="00D9177A"/>
    <w:rsid w:val="00DF3419"/>
    <w:rsid w:val="00E37C07"/>
    <w:rsid w:val="00E408EC"/>
    <w:rsid w:val="00EC527A"/>
    <w:rsid w:val="00F763F7"/>
    <w:rsid w:val="00FC693F"/>
    <w:rsid w:val="00FE76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17C21C"/>
  <w14:defaultImageDpi w14:val="300"/>
  <w15:docId w15:val="{3207B1F6-56B0-45F3-9075-9B099C774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FC693F"/>
    <w:rPr>
      <w:rFonts w:ascii="Calibri" w:hAnsi="Calibri"/>
    </w:rPr>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pPr>
  </w:style>
  <w:style w:type="character" w:customStyle="1" w:styleId="llbChar">
    <w:name w:val="Élőláb Char"/>
    <w:basedOn w:val="Bekezdsalapbettpusa"/>
    <w:link w:val="llb"/>
    <w:uiPriority w:val="99"/>
    <w:rsid w:val="00E618BF"/>
  </w:style>
  <w:style w:type="paragraph" w:styleId="Nincstrkz">
    <w:name w:val="No Spacing"/>
    <w:link w:val="NincstrkzChar"/>
    <w:uiPriority w:val="1"/>
    <w:qFormat/>
    <w:rsid w:val="00FC693F"/>
    <w:pPr>
      <w:spacing w:after="0"/>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hivatkozs">
    <w:name w:val="Hyperlink"/>
    <w:basedOn w:val="Bekezdsalapbettpusa"/>
    <w:uiPriority w:val="99"/>
    <w:unhideWhenUsed/>
    <w:rsid w:val="0057396B"/>
    <w:rPr>
      <w:color w:val="0000FF" w:themeColor="hyperlink"/>
      <w:u w:val="single"/>
    </w:rPr>
  </w:style>
  <w:style w:type="character" w:styleId="Feloldatlanmegemlts">
    <w:name w:val="Unresolved Mention"/>
    <w:basedOn w:val="Bekezdsalapbettpusa"/>
    <w:uiPriority w:val="99"/>
    <w:semiHidden/>
    <w:unhideWhenUsed/>
    <w:rsid w:val="0057396B"/>
    <w:rPr>
      <w:color w:val="605E5C"/>
      <w:shd w:val="clear" w:color="auto" w:fill="E1DFDD"/>
    </w:rPr>
  </w:style>
  <w:style w:type="paragraph" w:styleId="NormlWeb">
    <w:name w:val="Normal (Web)"/>
    <w:basedOn w:val="Norml"/>
    <w:uiPriority w:val="99"/>
    <w:semiHidden/>
    <w:unhideWhenUsed/>
    <w:rsid w:val="002B478E"/>
    <w:rPr>
      <w:rFonts w:ascii="Times New Roman" w:hAnsi="Times New Roman" w:cs="Times New Roman"/>
      <w:sz w:val="24"/>
      <w:szCs w:val="24"/>
    </w:rPr>
  </w:style>
  <w:style w:type="character" w:customStyle="1" w:styleId="NincstrkzChar">
    <w:name w:val="Nincs térköz Char"/>
    <w:basedOn w:val="Bekezdsalapbettpusa"/>
    <w:link w:val="Nincstrkz"/>
    <w:uiPriority w:val="1"/>
    <w:rsid w:val="00C04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5279">
      <w:bodyDiv w:val="1"/>
      <w:marLeft w:val="0"/>
      <w:marRight w:val="0"/>
      <w:marTop w:val="0"/>
      <w:marBottom w:val="0"/>
      <w:divBdr>
        <w:top w:val="none" w:sz="0" w:space="0" w:color="auto"/>
        <w:left w:val="none" w:sz="0" w:space="0" w:color="auto"/>
        <w:bottom w:val="none" w:sz="0" w:space="0" w:color="auto"/>
        <w:right w:val="none" w:sz="0" w:space="0" w:color="auto"/>
      </w:divBdr>
    </w:div>
    <w:div w:id="224730887">
      <w:bodyDiv w:val="1"/>
      <w:marLeft w:val="0"/>
      <w:marRight w:val="0"/>
      <w:marTop w:val="0"/>
      <w:marBottom w:val="0"/>
      <w:divBdr>
        <w:top w:val="none" w:sz="0" w:space="0" w:color="auto"/>
        <w:left w:val="none" w:sz="0" w:space="0" w:color="auto"/>
        <w:bottom w:val="none" w:sz="0" w:space="0" w:color="auto"/>
        <w:right w:val="none" w:sz="0" w:space="0" w:color="auto"/>
      </w:divBdr>
    </w:div>
    <w:div w:id="342054910">
      <w:bodyDiv w:val="1"/>
      <w:marLeft w:val="0"/>
      <w:marRight w:val="0"/>
      <w:marTop w:val="0"/>
      <w:marBottom w:val="0"/>
      <w:divBdr>
        <w:top w:val="none" w:sz="0" w:space="0" w:color="auto"/>
        <w:left w:val="none" w:sz="0" w:space="0" w:color="auto"/>
        <w:bottom w:val="none" w:sz="0" w:space="0" w:color="auto"/>
        <w:right w:val="none" w:sz="0" w:space="0" w:color="auto"/>
      </w:divBdr>
    </w:div>
    <w:div w:id="489906946">
      <w:bodyDiv w:val="1"/>
      <w:marLeft w:val="0"/>
      <w:marRight w:val="0"/>
      <w:marTop w:val="0"/>
      <w:marBottom w:val="0"/>
      <w:divBdr>
        <w:top w:val="none" w:sz="0" w:space="0" w:color="auto"/>
        <w:left w:val="none" w:sz="0" w:space="0" w:color="auto"/>
        <w:bottom w:val="none" w:sz="0" w:space="0" w:color="auto"/>
        <w:right w:val="none" w:sz="0" w:space="0" w:color="auto"/>
      </w:divBdr>
    </w:div>
    <w:div w:id="530145805">
      <w:bodyDiv w:val="1"/>
      <w:marLeft w:val="0"/>
      <w:marRight w:val="0"/>
      <w:marTop w:val="0"/>
      <w:marBottom w:val="0"/>
      <w:divBdr>
        <w:top w:val="none" w:sz="0" w:space="0" w:color="auto"/>
        <w:left w:val="none" w:sz="0" w:space="0" w:color="auto"/>
        <w:bottom w:val="none" w:sz="0" w:space="0" w:color="auto"/>
        <w:right w:val="none" w:sz="0" w:space="0" w:color="auto"/>
      </w:divBdr>
    </w:div>
    <w:div w:id="598147900">
      <w:bodyDiv w:val="1"/>
      <w:marLeft w:val="0"/>
      <w:marRight w:val="0"/>
      <w:marTop w:val="0"/>
      <w:marBottom w:val="0"/>
      <w:divBdr>
        <w:top w:val="none" w:sz="0" w:space="0" w:color="auto"/>
        <w:left w:val="none" w:sz="0" w:space="0" w:color="auto"/>
        <w:bottom w:val="none" w:sz="0" w:space="0" w:color="auto"/>
        <w:right w:val="none" w:sz="0" w:space="0" w:color="auto"/>
      </w:divBdr>
    </w:div>
    <w:div w:id="727268969">
      <w:bodyDiv w:val="1"/>
      <w:marLeft w:val="0"/>
      <w:marRight w:val="0"/>
      <w:marTop w:val="0"/>
      <w:marBottom w:val="0"/>
      <w:divBdr>
        <w:top w:val="none" w:sz="0" w:space="0" w:color="auto"/>
        <w:left w:val="none" w:sz="0" w:space="0" w:color="auto"/>
        <w:bottom w:val="none" w:sz="0" w:space="0" w:color="auto"/>
        <w:right w:val="none" w:sz="0" w:space="0" w:color="auto"/>
      </w:divBdr>
    </w:div>
    <w:div w:id="1176383204">
      <w:bodyDiv w:val="1"/>
      <w:marLeft w:val="0"/>
      <w:marRight w:val="0"/>
      <w:marTop w:val="0"/>
      <w:marBottom w:val="0"/>
      <w:divBdr>
        <w:top w:val="none" w:sz="0" w:space="0" w:color="auto"/>
        <w:left w:val="none" w:sz="0" w:space="0" w:color="auto"/>
        <w:bottom w:val="none" w:sz="0" w:space="0" w:color="auto"/>
        <w:right w:val="none" w:sz="0" w:space="0" w:color="auto"/>
      </w:divBdr>
    </w:div>
    <w:div w:id="1355689008">
      <w:bodyDiv w:val="1"/>
      <w:marLeft w:val="0"/>
      <w:marRight w:val="0"/>
      <w:marTop w:val="0"/>
      <w:marBottom w:val="0"/>
      <w:divBdr>
        <w:top w:val="none" w:sz="0" w:space="0" w:color="auto"/>
        <w:left w:val="none" w:sz="0" w:space="0" w:color="auto"/>
        <w:bottom w:val="none" w:sz="0" w:space="0" w:color="auto"/>
        <w:right w:val="none" w:sz="0" w:space="0" w:color="auto"/>
      </w:divBdr>
    </w:div>
    <w:div w:id="1476099705">
      <w:bodyDiv w:val="1"/>
      <w:marLeft w:val="0"/>
      <w:marRight w:val="0"/>
      <w:marTop w:val="0"/>
      <w:marBottom w:val="0"/>
      <w:divBdr>
        <w:top w:val="none" w:sz="0" w:space="0" w:color="auto"/>
        <w:left w:val="none" w:sz="0" w:space="0" w:color="auto"/>
        <w:bottom w:val="none" w:sz="0" w:space="0" w:color="auto"/>
        <w:right w:val="none" w:sz="0" w:space="0" w:color="auto"/>
      </w:divBdr>
    </w:div>
    <w:div w:id="1542479525">
      <w:bodyDiv w:val="1"/>
      <w:marLeft w:val="0"/>
      <w:marRight w:val="0"/>
      <w:marTop w:val="0"/>
      <w:marBottom w:val="0"/>
      <w:divBdr>
        <w:top w:val="none" w:sz="0" w:space="0" w:color="auto"/>
        <w:left w:val="none" w:sz="0" w:space="0" w:color="auto"/>
        <w:bottom w:val="none" w:sz="0" w:space="0" w:color="auto"/>
        <w:right w:val="none" w:sz="0" w:space="0" w:color="auto"/>
      </w:divBdr>
    </w:div>
    <w:div w:id="1690646151">
      <w:bodyDiv w:val="1"/>
      <w:marLeft w:val="0"/>
      <w:marRight w:val="0"/>
      <w:marTop w:val="0"/>
      <w:marBottom w:val="0"/>
      <w:divBdr>
        <w:top w:val="none" w:sz="0" w:space="0" w:color="auto"/>
        <w:left w:val="none" w:sz="0" w:space="0" w:color="auto"/>
        <w:bottom w:val="none" w:sz="0" w:space="0" w:color="auto"/>
        <w:right w:val="none" w:sz="0" w:space="0" w:color="auto"/>
      </w:divBdr>
    </w:div>
    <w:div w:id="1854682827">
      <w:bodyDiv w:val="1"/>
      <w:marLeft w:val="0"/>
      <w:marRight w:val="0"/>
      <w:marTop w:val="0"/>
      <w:marBottom w:val="0"/>
      <w:divBdr>
        <w:top w:val="none" w:sz="0" w:space="0" w:color="auto"/>
        <w:left w:val="none" w:sz="0" w:space="0" w:color="auto"/>
        <w:bottom w:val="none" w:sz="0" w:space="0" w:color="auto"/>
        <w:right w:val="none" w:sz="0" w:space="0" w:color="auto"/>
      </w:divBdr>
    </w:div>
    <w:div w:id="2050687897">
      <w:bodyDiv w:val="1"/>
      <w:marLeft w:val="0"/>
      <w:marRight w:val="0"/>
      <w:marTop w:val="0"/>
      <w:marBottom w:val="0"/>
      <w:divBdr>
        <w:top w:val="none" w:sz="0" w:space="0" w:color="auto"/>
        <w:left w:val="none" w:sz="0" w:space="0" w:color="auto"/>
        <w:bottom w:val="none" w:sz="0" w:space="0" w:color="auto"/>
        <w:right w:val="none" w:sz="0" w:space="0" w:color="auto"/>
      </w:divBdr>
    </w:div>
    <w:div w:id="2116706288">
      <w:bodyDiv w:val="1"/>
      <w:marLeft w:val="0"/>
      <w:marRight w:val="0"/>
      <w:marTop w:val="0"/>
      <w:marBottom w:val="0"/>
      <w:divBdr>
        <w:top w:val="none" w:sz="0" w:space="0" w:color="auto"/>
        <w:left w:val="none" w:sz="0" w:space="0" w:color="auto"/>
        <w:bottom w:val="none" w:sz="0" w:space="0" w:color="auto"/>
        <w:right w:val="none" w:sz="0" w:space="0" w:color="auto"/>
      </w:divBdr>
    </w:div>
    <w:div w:id="21366779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varadi.rebeka@martonvasar.h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7E0E842523246E381221787BEBD5C32"/>
        <w:category>
          <w:name w:val="Általános"/>
          <w:gallery w:val="placeholder"/>
        </w:category>
        <w:types>
          <w:type w:val="bbPlcHdr"/>
        </w:types>
        <w:behaviors>
          <w:behavior w:val="content"/>
        </w:behaviors>
        <w:guid w:val="{4309BB2A-3396-496D-94C4-A2D14C1A124C}"/>
      </w:docPartPr>
      <w:docPartBody>
        <w:p w:rsidR="001A5771" w:rsidRDefault="003E0AFE" w:rsidP="003E0AFE">
          <w:pPr>
            <w:pStyle w:val="E7E0E842523246E381221787BEBD5C32"/>
          </w:pPr>
          <w:r>
            <w:rPr>
              <w:color w:val="2F5496" w:themeColor="accent1" w:themeShade="BF"/>
            </w:rPr>
            <w:t>[Cég neve]</w:t>
          </w:r>
        </w:p>
      </w:docPartBody>
    </w:docPart>
    <w:docPart>
      <w:docPartPr>
        <w:name w:val="6DC62C113FCE409AB2D7FE9DD17F18D2"/>
        <w:category>
          <w:name w:val="Általános"/>
          <w:gallery w:val="placeholder"/>
        </w:category>
        <w:types>
          <w:type w:val="bbPlcHdr"/>
        </w:types>
        <w:behaviors>
          <w:behavior w:val="content"/>
        </w:behaviors>
        <w:guid w:val="{C34AC031-4306-426A-87B6-2182E1840999}"/>
      </w:docPartPr>
      <w:docPartBody>
        <w:p w:rsidR="001A5771" w:rsidRDefault="003E0AFE" w:rsidP="003E0AFE">
          <w:pPr>
            <w:pStyle w:val="6DC62C113FCE409AB2D7FE9DD17F18D2"/>
          </w:pPr>
          <w:r>
            <w:rPr>
              <w:rFonts w:asciiTheme="majorHAnsi" w:eastAsiaTheme="majorEastAsia" w:hAnsiTheme="majorHAnsi" w:cstheme="majorBidi"/>
              <w:color w:val="4472C4" w:themeColor="accent1"/>
              <w:sz w:val="88"/>
              <w:szCs w:val="88"/>
            </w:rPr>
            <w:t>[Dokumentum címe]</w:t>
          </w:r>
        </w:p>
      </w:docPartBody>
    </w:docPart>
    <w:docPart>
      <w:docPartPr>
        <w:name w:val="4F4C66CC3FD747258D2168734D5405EA"/>
        <w:category>
          <w:name w:val="Általános"/>
          <w:gallery w:val="placeholder"/>
        </w:category>
        <w:types>
          <w:type w:val="bbPlcHdr"/>
        </w:types>
        <w:behaviors>
          <w:behavior w:val="content"/>
        </w:behaviors>
        <w:guid w:val="{3953347F-7CE1-4A21-98F0-143B5961114D}"/>
      </w:docPartPr>
      <w:docPartBody>
        <w:p w:rsidR="001A5771" w:rsidRDefault="003E0AFE" w:rsidP="003E0AFE">
          <w:pPr>
            <w:pStyle w:val="4F4C66CC3FD747258D2168734D5405EA"/>
          </w:pPr>
          <w:r>
            <w:rPr>
              <w:color w:val="2F5496" w:themeColor="accent1" w:themeShade="BF"/>
            </w:rPr>
            <w:t>[Dokumentum alcíme]</w:t>
          </w:r>
        </w:p>
      </w:docPartBody>
    </w:docPart>
    <w:docPart>
      <w:docPartPr>
        <w:name w:val="AEAED6CA2737466CB1917C9B573C8C29"/>
        <w:category>
          <w:name w:val="Általános"/>
          <w:gallery w:val="placeholder"/>
        </w:category>
        <w:types>
          <w:type w:val="bbPlcHdr"/>
        </w:types>
        <w:behaviors>
          <w:behavior w:val="content"/>
        </w:behaviors>
        <w:guid w:val="{B6840460-9990-4204-A2A3-6224A362832A}"/>
      </w:docPartPr>
      <w:docPartBody>
        <w:p w:rsidR="001A5771" w:rsidRDefault="003E0AFE" w:rsidP="003E0AFE">
          <w:pPr>
            <w:pStyle w:val="AEAED6CA2737466CB1917C9B573C8C29"/>
          </w:pPr>
          <w:r>
            <w:rPr>
              <w:color w:val="4472C4" w:themeColor="accent1"/>
              <w:sz w:val="28"/>
              <w:szCs w:val="28"/>
            </w:rPr>
            <w:t>[Szerző neve]</w:t>
          </w:r>
        </w:p>
      </w:docPartBody>
    </w:docPart>
    <w:docPart>
      <w:docPartPr>
        <w:name w:val="A299708EB9A940C5B27DFA0B0AD38DF6"/>
        <w:category>
          <w:name w:val="Általános"/>
          <w:gallery w:val="placeholder"/>
        </w:category>
        <w:types>
          <w:type w:val="bbPlcHdr"/>
        </w:types>
        <w:behaviors>
          <w:behavior w:val="content"/>
        </w:behaviors>
        <w:guid w:val="{9F4C1A7A-DDC9-4144-BF36-2F3574FF04EE}"/>
      </w:docPartPr>
      <w:docPartBody>
        <w:p w:rsidR="001A5771" w:rsidRDefault="003E0AFE" w:rsidP="003E0AFE">
          <w:pPr>
            <w:pStyle w:val="A299708EB9A940C5B27DFA0B0AD38DF6"/>
          </w:pPr>
          <w:r>
            <w:rPr>
              <w:color w:val="4472C4" w:themeColor="accent1"/>
              <w:sz w:val="28"/>
              <w:szCs w:val="28"/>
            </w:rPr>
            <w:t>[Dátum]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AFE"/>
    <w:rsid w:val="001A5771"/>
    <w:rsid w:val="003E0AFE"/>
    <w:rsid w:val="00407E6E"/>
    <w:rsid w:val="004912C3"/>
    <w:rsid w:val="00870218"/>
    <w:rsid w:val="009339E0"/>
    <w:rsid w:val="00A51FC0"/>
    <w:rsid w:val="00AC521D"/>
    <w:rsid w:val="00AE412C"/>
    <w:rsid w:val="00B378A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E7E0E842523246E381221787BEBD5C32">
    <w:name w:val="E7E0E842523246E381221787BEBD5C32"/>
    <w:rsid w:val="003E0AFE"/>
  </w:style>
  <w:style w:type="paragraph" w:customStyle="1" w:styleId="6DC62C113FCE409AB2D7FE9DD17F18D2">
    <w:name w:val="6DC62C113FCE409AB2D7FE9DD17F18D2"/>
    <w:rsid w:val="003E0AFE"/>
  </w:style>
  <w:style w:type="paragraph" w:customStyle="1" w:styleId="4F4C66CC3FD747258D2168734D5405EA">
    <w:name w:val="4F4C66CC3FD747258D2168734D5405EA"/>
    <w:rsid w:val="003E0AFE"/>
  </w:style>
  <w:style w:type="paragraph" w:customStyle="1" w:styleId="AEAED6CA2737466CB1917C9B573C8C29">
    <w:name w:val="AEAED6CA2737466CB1917C9B573C8C29"/>
    <w:rsid w:val="003E0AFE"/>
  </w:style>
  <w:style w:type="paragraph" w:customStyle="1" w:styleId="A299708EB9A940C5B27DFA0B0AD38DF6">
    <w:name w:val="A299708EB9A940C5B27DFA0B0AD38DF6"/>
    <w:rsid w:val="003E0A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2026-09-03T00:00:00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7FC7C2-090B-461A-9642-C5C784E98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1663</Words>
  <Characters>11479</Characters>
  <Application>Microsoft Office Word</Application>
  <DocSecurity>4</DocSecurity>
  <Lines>95</Lines>
  <Paragraphs>26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MARTONVÁSÁRI ZÖLD MŰHELY MŰKÖDÉSI SZABÁLYZAT</vt:lpstr>
      <vt:lpstr/>
    </vt:vector>
  </TitlesOfParts>
  <Manager/>
  <Company>Martonvásár Város Önkormányzata</Company>
  <LinksUpToDate>false</LinksUpToDate>
  <CharactersWithSpaces>13116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MARTONVÁSÁRI ZÖLD MŰHELY MŰKÖDÉSI SZABÁLYZAT</dc:title>
  <dc:subject>Tervezet</dc:subject>
  <dc:creator>Martonvásár,</dc:creator>
  <cp:keywords/>
  <dc:description>generated by python-docx</dc:description>
  <cp:lastModifiedBy>SzSKatalinE</cp:lastModifiedBy>
  <cp:revision>2</cp:revision>
  <cp:lastPrinted>2026-08-03T10:02:00Z</cp:lastPrinted>
  <dcterms:created xsi:type="dcterms:W3CDTF">2026-10-16T06:57:00Z</dcterms:created>
  <dcterms:modified xsi:type="dcterms:W3CDTF">2026-10-16T06:57:00Z</dcterms:modified>
  <cp:category/>
</cp:coreProperties>
</file>